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0B6D0" w14:textId="0904DA84" w:rsidR="00C22D19" w:rsidRPr="00E67BEE" w:rsidRDefault="00E67BEE">
      <w:pPr>
        <w:pStyle w:val="Nagwek1"/>
        <w:rPr>
          <w:sz w:val="36"/>
          <w:szCs w:val="36"/>
        </w:rPr>
      </w:pPr>
      <w:proofErr w:type="spellStart"/>
      <w:r w:rsidRPr="00E67BEE">
        <w:rPr>
          <w:sz w:val="36"/>
          <w:szCs w:val="36"/>
        </w:rPr>
        <w:t>Wymagania</w:t>
      </w:r>
      <w:proofErr w:type="spellEnd"/>
      <w:r w:rsidRPr="00E67BEE">
        <w:rPr>
          <w:sz w:val="36"/>
          <w:szCs w:val="36"/>
        </w:rPr>
        <w:t xml:space="preserve"> </w:t>
      </w:r>
      <w:proofErr w:type="spellStart"/>
      <w:r w:rsidRPr="00E67BEE">
        <w:rPr>
          <w:sz w:val="36"/>
          <w:szCs w:val="36"/>
        </w:rPr>
        <w:t>edukacyjne</w:t>
      </w:r>
      <w:proofErr w:type="spellEnd"/>
      <w:r w:rsidRPr="00E67BEE">
        <w:rPr>
          <w:sz w:val="36"/>
          <w:szCs w:val="36"/>
        </w:rPr>
        <w:t xml:space="preserve"> z </w:t>
      </w:r>
      <w:proofErr w:type="spellStart"/>
      <w:r w:rsidRPr="00E67BEE">
        <w:rPr>
          <w:sz w:val="36"/>
          <w:szCs w:val="36"/>
        </w:rPr>
        <w:t>wychowania</w:t>
      </w:r>
      <w:proofErr w:type="spellEnd"/>
      <w:r w:rsidRPr="00E67BEE">
        <w:rPr>
          <w:sz w:val="36"/>
          <w:szCs w:val="36"/>
        </w:rPr>
        <w:t xml:space="preserve"> </w:t>
      </w:r>
      <w:proofErr w:type="spellStart"/>
      <w:r w:rsidRPr="00E67BEE">
        <w:rPr>
          <w:sz w:val="36"/>
          <w:szCs w:val="36"/>
        </w:rPr>
        <w:t>fizycznego</w:t>
      </w:r>
      <w:proofErr w:type="spellEnd"/>
    </w:p>
    <w:p w14:paraId="61E22F8A" w14:textId="61B9D169" w:rsidR="00C22D19" w:rsidRDefault="00000000">
      <w:pPr>
        <w:pStyle w:val="Nagwek2"/>
      </w:pPr>
      <w:r>
        <w:t>ZAŁOŻENIA OGÓLNE</w:t>
      </w:r>
    </w:p>
    <w:p w14:paraId="3D46A324" w14:textId="77777777" w:rsidR="00C22D19" w:rsidRDefault="00000000">
      <w:r>
        <w:t>Ocenianie z wychowania fizycznego jest integralną częścią wewnątrzszkolnych zasad oceniania.</w:t>
      </w:r>
    </w:p>
    <w:p w14:paraId="59ED6608" w14:textId="77777777" w:rsidR="00C22D19" w:rsidRDefault="00000000">
      <w:r>
        <w:t>Ocena semestralna lub roczna ustalana jest na podstawie ocen cząstkowych za określony poziom wiadomości, umiejętności i kompetencji społecznych w procesie szkolnego wychowania fizycznego.</w:t>
      </w:r>
    </w:p>
    <w:p w14:paraId="03702577" w14:textId="77777777" w:rsidR="00C22D19" w:rsidRDefault="00000000">
      <w:r>
        <w:t>Ocena semestralna lub roczna nie jest średnią arytmetyczną ocen cząstkowych.</w:t>
      </w:r>
    </w:p>
    <w:p w14:paraId="0059F092" w14:textId="77777777" w:rsidR="00C22D19" w:rsidRDefault="00000000">
      <w:r>
        <w:t>Przy ustalaniu oceny semestralnej i rocznej uwzględnia się przede wszystkim wysiłek ucznia, wynikający z realizacji programu nauczania oraz systematyczny i aktywny udział w lekcjach wychowania fizycznego.</w:t>
      </w:r>
    </w:p>
    <w:p w14:paraId="156EB635" w14:textId="77777777" w:rsidR="00C22D19" w:rsidRDefault="00000000">
      <w:r>
        <w:t>Ocena z wychowania fizycznego może być podniesiona za dodatkową aktywność ucznia, np. udział w zajęciach rekreacyjno-sportowych, zawodach sportowych, turniejach i rozgrywkach pozaszkolnych, konkursach plastycznych i literackich o tematyce sportowej, za udokumentowaną dodatkową aktywność fizyczną ucznia.</w:t>
      </w:r>
    </w:p>
    <w:p w14:paraId="5350C654" w14:textId="77777777" w:rsidR="00C22D19" w:rsidRDefault="00000000">
      <w:r>
        <w:t>Podniesienie oceny z wychowania fizycznego na koniec I półrocza lub roku szkolnego może być tylko o jeden stopień.</w:t>
      </w:r>
    </w:p>
    <w:p w14:paraId="5CD559C4" w14:textId="77777777" w:rsidR="00C22D19" w:rsidRDefault="00000000">
      <w:r>
        <w:t>Ocenę za dodatkową aktywność ucznia nauczyciel wystawia dwa razy w roku szkolnym – na koniec pierwszego i drugiego półrocza.</w:t>
      </w:r>
    </w:p>
    <w:p w14:paraId="7FE18AAB" w14:textId="77777777" w:rsidR="00C22D19" w:rsidRDefault="00000000">
      <w:r>
        <w:t>Szkolne ocenianie z wychowania fizycznego ma być czynnikiem motywującym młodzież do aktywności fizycznej w wymiarze teraźniejszym i przyszłościowym.</w:t>
      </w:r>
    </w:p>
    <w:p w14:paraId="0A91B37E" w14:textId="77777777" w:rsidR="00C22D19" w:rsidRDefault="00000000">
      <w:r>
        <w:t>Obniżenie oceny z wychowania fizycznego na koniec półrocza lub roku szkolnego następuje wskutek negatywnej postawy ucznia, np. częste braki stroju, niesystematyczne ćwiczenie, sporadyczne uczestniczenie w sprawdzianach kontrolno-oceniających, brak właściwego zaangażowania w czasie poszczególnych lekcji, niski poziom kultury osobistej itp.</w:t>
      </w:r>
    </w:p>
    <w:p w14:paraId="129F9582" w14:textId="77777777" w:rsidR="00C22D19" w:rsidRDefault="00000000">
      <w:r>
        <w:t>Ocena może być obniżona o jeden stopień.</w:t>
      </w:r>
    </w:p>
    <w:p w14:paraId="0F376091" w14:textId="77777777" w:rsidR="00C22D19" w:rsidRDefault="00000000">
      <w:r>
        <w:t>Uczeń może być zwolniony z zajęć wychowania fizycznego decyzją administracyjną dyrektora szkoły na podstawie opinii o ograniczonych możliwościach uczestniczenia w tych zajęciach, wydanej przez lekarza, na czas określony w tej opinii [Rozporządzenie MEN z dnia 22.02.2019 r.].</w:t>
      </w:r>
    </w:p>
    <w:p w14:paraId="5A8040F6" w14:textId="77777777" w:rsidR="00C22D19" w:rsidRDefault="00000000">
      <w:r>
        <w:t>W przypadku zwolnienia ucznia z zajęć wychowania na okres uniemożliwiający wystawienie oceny semestralnej lub klasyfikacyjnej na koniec roku szkolnego, zamiast oceny nauczyciel wychowania fizycznego wpisuje „zwolniony” albo „zwolniona” [Rozporządzenie MEN z dnia 22.02.2019 r.].</w:t>
      </w:r>
    </w:p>
    <w:p w14:paraId="0549169B" w14:textId="77777777" w:rsidR="00C22D19" w:rsidRDefault="00000000">
      <w:r>
        <w:lastRenderedPageBreak/>
        <w:t>Uczeń, który opuścił z własnej winy lub nie ćwiczył w 51% i więcej obowiązkowych zajęć wychowania fizycznego, otrzymuje ocenę niedostateczną na koniec semestru lub roku szkolnego.</w:t>
      </w:r>
    </w:p>
    <w:p w14:paraId="5FF4E7BD" w14:textId="77777777" w:rsidR="00C22D19" w:rsidRDefault="00000000">
      <w:r>
        <w:t>Rada pedagogiczna szkoły, w której uczeń opuścił z własnej winy lub nie ćwiczył w 51% i więcej obowiązkowych zajęć wychowania fizycznego, może ustalić dla ucznia egzamin klasyfikacyjny.</w:t>
      </w:r>
    </w:p>
    <w:p w14:paraId="516B16AD" w14:textId="77777777" w:rsidR="00C22D19" w:rsidRDefault="00000000">
      <w:r>
        <w:t>Egzamin klasyfikacyjny obejmuje zadania teoretyczne i praktyczne (umiejętności ruchowe), które były przedmiotem nauczania w trakcie semestru lub roku szkolnego.</w:t>
      </w:r>
    </w:p>
    <w:p w14:paraId="1451BC99" w14:textId="77777777" w:rsidR="00C22D19" w:rsidRDefault="00000000">
      <w:r>
        <w:t>Oceny cząstkowe za określony poziom wiadomości, umiejętności i kompetencji społecznych będą realizowane według następującej skali ocen:</w:t>
      </w:r>
    </w:p>
    <w:p w14:paraId="1EBCF394" w14:textId="77777777" w:rsidR="00C22D19" w:rsidRDefault="00000000">
      <w:r>
        <w:t>2 – dopuszczający</w:t>
      </w:r>
    </w:p>
    <w:p w14:paraId="51D93EDE" w14:textId="77777777" w:rsidR="00C22D19" w:rsidRDefault="00000000">
      <w:r>
        <w:t>3 – dostateczny</w:t>
      </w:r>
    </w:p>
    <w:p w14:paraId="164DBD24" w14:textId="77777777" w:rsidR="00C22D19" w:rsidRDefault="00000000">
      <w:r>
        <w:t>+3 – plus dostateczny</w:t>
      </w:r>
    </w:p>
    <w:p w14:paraId="3F5DD689" w14:textId="77777777" w:rsidR="00C22D19" w:rsidRDefault="00000000">
      <w:r>
        <w:t>4 – dobry</w:t>
      </w:r>
    </w:p>
    <w:p w14:paraId="0DFC120D" w14:textId="77777777" w:rsidR="00C22D19" w:rsidRDefault="00000000">
      <w:r>
        <w:t>+4 – plus dobry</w:t>
      </w:r>
    </w:p>
    <w:p w14:paraId="1A4D2CC1" w14:textId="77777777" w:rsidR="00C22D19" w:rsidRDefault="00000000">
      <w:r>
        <w:t>5 – bardzo dobry</w:t>
      </w:r>
    </w:p>
    <w:p w14:paraId="1DBAAC27" w14:textId="77777777" w:rsidR="00C22D19" w:rsidRDefault="00000000">
      <w:r>
        <w:t>6 – celujący</w:t>
      </w:r>
    </w:p>
    <w:p w14:paraId="1D6B04F3" w14:textId="30A39DE2" w:rsidR="00C22D19" w:rsidRDefault="00000000">
      <w:pPr>
        <w:pStyle w:val="Nagwek2"/>
      </w:pPr>
      <w:r>
        <w:t>WYMAGANIA SZCZEGÓŁOWE – EDUKACJA WCZESNOSZKOLNA KLAS I–III SZKOŁY PODSTAWOWEJ</w:t>
      </w:r>
    </w:p>
    <w:p w14:paraId="2DA99B45" w14:textId="77777777" w:rsidR="00C22D19" w:rsidRDefault="00000000">
      <w:r>
        <w:t>Ocena w edukacji wczesnoszkolnej jest opisowa, czyli nauczyciel prowadzący określony rodzaj zajęć edukacyjnych nie wystawia stopni na koniec półrocza czy roku szkolnego, tylko opisuje uzyskany przez ucznia poziom efektów edukacyjnych w określonym obszarze. Sytuacja ta dotyczy również wychowania fizycznego. W ocenie opisowej należy wskazać, w których aspektach rozwoju fizycznego, motorycznego, nauczaniu i doskonaleniu podstawowych umiejętności ruchowych czy aktywności fizycznej uczeń uzyskał postęp, które pozostały bez zmian, a które wymagają zdecydowanej poprawy.</w:t>
      </w:r>
    </w:p>
    <w:p w14:paraId="5EB67A5C" w14:textId="77777777" w:rsidR="00C22D19" w:rsidRDefault="00000000">
      <w:r>
        <w:t>Można jednak założyć, że ocena opisowa dokonywana jest na podstawie obiektywnych narzędzi kontroli i oceny. Trudno jest bowiem stwierdzić np. poziom rozwoju motorycznego dziecka bez przeprowadzenia chociażby najprostszego testu sprawności fizycznej. Dlatego obowiązkowe testy sprawności fizycznej pozwolą na bardziej obiektywną ocenę opisową w zakresie rozwoju fizycznego i motorycznego.</w:t>
      </w:r>
    </w:p>
    <w:p w14:paraId="19810287" w14:textId="77777777" w:rsidR="00C22D19" w:rsidRDefault="00000000">
      <w:r>
        <w:t>W klasach I–III przedmiot kontroli i oceny powinien obejmować:</w:t>
      </w:r>
    </w:p>
    <w:p w14:paraId="054AA620" w14:textId="77777777" w:rsidR="00C22D19" w:rsidRDefault="00000000">
      <w:r>
        <w:t>postawę ucznia i jego kompetencje społeczne,</w:t>
      </w:r>
    </w:p>
    <w:p w14:paraId="1BD3CC21" w14:textId="77777777" w:rsidR="00C22D19" w:rsidRDefault="00000000">
      <w:r>
        <w:t>systematyczny udział i aktywność w trakcie zajęć,</w:t>
      </w:r>
    </w:p>
    <w:p w14:paraId="274AD1CD" w14:textId="77777777" w:rsidR="00C22D19" w:rsidRDefault="00000000">
      <w:r>
        <w:lastRenderedPageBreak/>
        <w:t>umiejętności ruchowe:</w:t>
      </w:r>
    </w:p>
    <w:p w14:paraId="7C5F67B5" w14:textId="77777777" w:rsidR="00C22D19" w:rsidRDefault="00000000">
      <w:r>
        <w:t>• przewrót w przód z przysiadu podpartego do przysiadu podpartego,</w:t>
      </w:r>
    </w:p>
    <w:p w14:paraId="731A7A78" w14:textId="77777777" w:rsidR="00C22D19" w:rsidRDefault="00000000">
      <w:r>
        <w:t>• przeskoki zawrotne przez ławeczkę, odbijając się z jednej lub obu nóg,</w:t>
      </w:r>
    </w:p>
    <w:p w14:paraId="59D94733" w14:textId="77777777" w:rsidR="00C22D19" w:rsidRDefault="00000000">
      <w:r>
        <w:t>• przejście równoważne z woreczkiem na głowie po odwróconej ławeczce,</w:t>
      </w:r>
    </w:p>
    <w:p w14:paraId="7F8D683C" w14:textId="77777777" w:rsidR="00C22D19" w:rsidRDefault="00000000">
      <w:r>
        <w:t>• kozłuje piłkę w marszu prawą lub lewą ręką,</w:t>
      </w:r>
    </w:p>
    <w:p w14:paraId="6EE4B789" w14:textId="77777777" w:rsidR="00C22D19" w:rsidRDefault="00000000">
      <w:r>
        <w:t>• chwyta piłkę oburącz i podaje piłkę jednorącz (mała piłka), oburącz (duża piłka),</w:t>
      </w:r>
    </w:p>
    <w:p w14:paraId="5761F8A1" w14:textId="77777777" w:rsidR="00C22D19" w:rsidRDefault="00000000">
      <w:r>
        <w:t>4) wiadomości – podstawowe przepisy gier i zabaw ruchowych,</w:t>
      </w:r>
    </w:p>
    <w:p w14:paraId="648C2E0D" w14:textId="77777777" w:rsidR="00C22D19" w:rsidRDefault="00000000">
      <w:r>
        <w:t>5) bierze udział w następujących próbach sprawnościowych:</w:t>
      </w:r>
    </w:p>
    <w:p w14:paraId="70CF8256" w14:textId="77777777" w:rsidR="00C22D19" w:rsidRDefault="00000000">
      <w:r>
        <w:t>• bieg wahadłowy 10 razy po 5 metrów – służący pomiarowi zdolności szybkościowo-siłowo-koordynacyjnych,</w:t>
      </w:r>
    </w:p>
    <w:p w14:paraId="63C8005F" w14:textId="77777777" w:rsidR="00C22D19" w:rsidRDefault="00000000">
      <w:r>
        <w:t>• 20-metrowy wytrzymałościowy bieg wahadłowy wykonywany według Europejskiego Testu Sprawności Fizycznej – Eurofit, opracowanego przez Radę Europy – służący pomiarowi zdolności wytrzymałościowych w biegu,</w:t>
      </w:r>
    </w:p>
    <w:p w14:paraId="0AC32258" w14:textId="77777777" w:rsidR="00C22D19" w:rsidRDefault="00000000">
      <w:r>
        <w:t>• podpór leżąc przodem na przedramionach (deska) – służący pomiarowi zdolności siłowo-wytrzymałościowych całego ciała,</w:t>
      </w:r>
    </w:p>
    <w:p w14:paraId="7B0937AC" w14:textId="77777777" w:rsidR="00C22D19" w:rsidRDefault="00000000">
      <w:r>
        <w:t>• skok w dal z miejsca – służący pomiarowi skoczności i siły.</w:t>
      </w:r>
    </w:p>
    <w:p w14:paraId="2BA9BA0C" w14:textId="0FECC0CB" w:rsidR="00C22D19" w:rsidRDefault="00000000">
      <w:pPr>
        <w:pStyle w:val="Nagwek2"/>
      </w:pPr>
      <w:r>
        <w:t>WYMAGANIA SZCZEGÓŁOWE W KLASIE IV SZKOŁY PODSTAWOWEJ</w:t>
      </w:r>
    </w:p>
    <w:p w14:paraId="29531BE1" w14:textId="77777777" w:rsidR="00C22D19" w:rsidRDefault="00000000">
      <w:r>
        <w:t>W klasie IV szkoły podstawowej kontrolujemy i oceniamy następujące obszary aktywności ucznia:</w:t>
      </w:r>
    </w:p>
    <w:p w14:paraId="74613F15" w14:textId="77777777" w:rsidR="00C22D19" w:rsidRDefault="00000000">
      <w:r>
        <w:t>1) postawę ucznia i jego kompetencje społeczne,</w:t>
      </w:r>
    </w:p>
    <w:p w14:paraId="51BDF93F" w14:textId="77777777" w:rsidR="00C22D19" w:rsidRDefault="00000000">
      <w:r>
        <w:t>2) systematyczny udział i aktywność w trakcie zajęć wg kryteriów zamieszczonych w poniższej tabeli.</w:t>
      </w:r>
    </w:p>
    <w:p w14:paraId="000FC008" w14:textId="77777777" w:rsidR="00C22D19" w:rsidRDefault="00000000">
      <w:r>
        <w:rPr>
          <w:b/>
        </w:rPr>
        <w:t>Tabela 2. Kryteria oceny miesięcznej za systematyczny i aktywny udział w lekcjach wychowania fizycznego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C22D19" w14:paraId="6425115B" w14:textId="77777777">
        <w:tc>
          <w:tcPr>
            <w:tcW w:w="2880" w:type="dxa"/>
          </w:tcPr>
          <w:p w14:paraId="774693B9" w14:textId="77777777" w:rsidR="00C22D19" w:rsidRDefault="00000000">
            <w:r>
              <w:t>Lp.</w:t>
            </w:r>
          </w:p>
        </w:tc>
        <w:tc>
          <w:tcPr>
            <w:tcW w:w="2880" w:type="dxa"/>
          </w:tcPr>
          <w:p w14:paraId="699E0F7A" w14:textId="77777777" w:rsidR="00C22D19" w:rsidRDefault="00000000">
            <w:r>
              <w:t>Ilość lekcji, w których uczeń ćwiczył</w:t>
            </w:r>
          </w:p>
        </w:tc>
        <w:tc>
          <w:tcPr>
            <w:tcW w:w="2880" w:type="dxa"/>
          </w:tcPr>
          <w:p w14:paraId="6FC498C1" w14:textId="77777777" w:rsidR="00C22D19" w:rsidRDefault="00000000">
            <w:r>
              <w:t>Ocena</w:t>
            </w:r>
          </w:p>
        </w:tc>
      </w:tr>
      <w:tr w:rsidR="00C22D19" w14:paraId="11EEB379" w14:textId="77777777">
        <w:tc>
          <w:tcPr>
            <w:tcW w:w="2880" w:type="dxa"/>
          </w:tcPr>
          <w:p w14:paraId="7D17C9D0" w14:textId="77777777" w:rsidR="00C22D19" w:rsidRDefault="00000000">
            <w:r>
              <w:t>1</w:t>
            </w:r>
          </w:p>
        </w:tc>
        <w:tc>
          <w:tcPr>
            <w:tcW w:w="2880" w:type="dxa"/>
          </w:tcPr>
          <w:p w14:paraId="14A63723" w14:textId="77777777" w:rsidR="00C22D19" w:rsidRDefault="00000000">
            <w:r>
              <w:t>16</w:t>
            </w:r>
          </w:p>
        </w:tc>
        <w:tc>
          <w:tcPr>
            <w:tcW w:w="2880" w:type="dxa"/>
          </w:tcPr>
          <w:p w14:paraId="479DF5E2" w14:textId="77777777" w:rsidR="00C22D19" w:rsidRDefault="00000000">
            <w:r>
              <w:t>Celujący</w:t>
            </w:r>
          </w:p>
        </w:tc>
      </w:tr>
      <w:tr w:rsidR="00C22D19" w14:paraId="1B64D885" w14:textId="77777777">
        <w:tc>
          <w:tcPr>
            <w:tcW w:w="2880" w:type="dxa"/>
          </w:tcPr>
          <w:p w14:paraId="0D67F0AB" w14:textId="77777777" w:rsidR="00C22D19" w:rsidRDefault="00000000">
            <w:r>
              <w:t>2</w:t>
            </w:r>
          </w:p>
        </w:tc>
        <w:tc>
          <w:tcPr>
            <w:tcW w:w="2880" w:type="dxa"/>
          </w:tcPr>
          <w:p w14:paraId="67887D13" w14:textId="77777777" w:rsidR="00C22D19" w:rsidRDefault="00000000">
            <w:r>
              <w:t>15</w:t>
            </w:r>
          </w:p>
        </w:tc>
        <w:tc>
          <w:tcPr>
            <w:tcW w:w="2880" w:type="dxa"/>
          </w:tcPr>
          <w:p w14:paraId="7A334181" w14:textId="77777777" w:rsidR="00C22D19" w:rsidRDefault="00000000">
            <w:r>
              <w:t>Bardzo dobry</w:t>
            </w:r>
          </w:p>
        </w:tc>
      </w:tr>
      <w:tr w:rsidR="00C22D19" w14:paraId="2983E4C0" w14:textId="77777777">
        <w:tc>
          <w:tcPr>
            <w:tcW w:w="2880" w:type="dxa"/>
          </w:tcPr>
          <w:p w14:paraId="06D313F4" w14:textId="77777777" w:rsidR="00C22D19" w:rsidRDefault="00000000">
            <w:r>
              <w:t>3</w:t>
            </w:r>
          </w:p>
        </w:tc>
        <w:tc>
          <w:tcPr>
            <w:tcW w:w="2880" w:type="dxa"/>
          </w:tcPr>
          <w:p w14:paraId="6AB11C81" w14:textId="77777777" w:rsidR="00C22D19" w:rsidRDefault="00000000">
            <w:r>
              <w:t>14</w:t>
            </w:r>
          </w:p>
        </w:tc>
        <w:tc>
          <w:tcPr>
            <w:tcW w:w="2880" w:type="dxa"/>
          </w:tcPr>
          <w:p w14:paraId="279F68CA" w14:textId="77777777" w:rsidR="00C22D19" w:rsidRDefault="00000000">
            <w:r>
              <w:t>Plus dobry</w:t>
            </w:r>
          </w:p>
        </w:tc>
      </w:tr>
      <w:tr w:rsidR="00C22D19" w14:paraId="17F0400F" w14:textId="77777777">
        <w:tc>
          <w:tcPr>
            <w:tcW w:w="2880" w:type="dxa"/>
          </w:tcPr>
          <w:p w14:paraId="43EB6BA6" w14:textId="77777777" w:rsidR="00C22D19" w:rsidRDefault="00000000">
            <w:r>
              <w:t>4</w:t>
            </w:r>
          </w:p>
        </w:tc>
        <w:tc>
          <w:tcPr>
            <w:tcW w:w="2880" w:type="dxa"/>
          </w:tcPr>
          <w:p w14:paraId="398D873D" w14:textId="77777777" w:rsidR="00C22D19" w:rsidRDefault="00000000">
            <w:r>
              <w:t>13</w:t>
            </w:r>
          </w:p>
        </w:tc>
        <w:tc>
          <w:tcPr>
            <w:tcW w:w="2880" w:type="dxa"/>
          </w:tcPr>
          <w:p w14:paraId="0589F107" w14:textId="77777777" w:rsidR="00C22D19" w:rsidRDefault="00000000">
            <w:r>
              <w:t>Dobry</w:t>
            </w:r>
          </w:p>
        </w:tc>
      </w:tr>
      <w:tr w:rsidR="00C22D19" w14:paraId="7AEEA7F1" w14:textId="77777777">
        <w:tc>
          <w:tcPr>
            <w:tcW w:w="2880" w:type="dxa"/>
          </w:tcPr>
          <w:p w14:paraId="76D640DC" w14:textId="77777777" w:rsidR="00C22D19" w:rsidRDefault="00000000">
            <w:r>
              <w:t>5</w:t>
            </w:r>
          </w:p>
        </w:tc>
        <w:tc>
          <w:tcPr>
            <w:tcW w:w="2880" w:type="dxa"/>
          </w:tcPr>
          <w:p w14:paraId="148327B8" w14:textId="77777777" w:rsidR="00C22D19" w:rsidRDefault="00000000">
            <w:r>
              <w:t>12</w:t>
            </w:r>
          </w:p>
        </w:tc>
        <w:tc>
          <w:tcPr>
            <w:tcW w:w="2880" w:type="dxa"/>
          </w:tcPr>
          <w:p w14:paraId="0697719F" w14:textId="77777777" w:rsidR="00C22D19" w:rsidRDefault="00000000">
            <w:r>
              <w:t>Plus dostateczny</w:t>
            </w:r>
          </w:p>
        </w:tc>
      </w:tr>
      <w:tr w:rsidR="00C22D19" w14:paraId="16638B70" w14:textId="77777777">
        <w:tc>
          <w:tcPr>
            <w:tcW w:w="2880" w:type="dxa"/>
          </w:tcPr>
          <w:p w14:paraId="30ADB7D2" w14:textId="77777777" w:rsidR="00C22D19" w:rsidRDefault="00000000">
            <w:r>
              <w:t>6</w:t>
            </w:r>
          </w:p>
        </w:tc>
        <w:tc>
          <w:tcPr>
            <w:tcW w:w="2880" w:type="dxa"/>
          </w:tcPr>
          <w:p w14:paraId="1371C317" w14:textId="77777777" w:rsidR="00C22D19" w:rsidRDefault="00000000">
            <w:r>
              <w:t>11</w:t>
            </w:r>
          </w:p>
        </w:tc>
        <w:tc>
          <w:tcPr>
            <w:tcW w:w="2880" w:type="dxa"/>
          </w:tcPr>
          <w:p w14:paraId="0E560DFE" w14:textId="77777777" w:rsidR="00C22D19" w:rsidRDefault="00000000">
            <w:r>
              <w:t>Dostateczny</w:t>
            </w:r>
          </w:p>
        </w:tc>
      </w:tr>
      <w:tr w:rsidR="00C22D19" w14:paraId="79E34BC5" w14:textId="77777777">
        <w:tc>
          <w:tcPr>
            <w:tcW w:w="2880" w:type="dxa"/>
          </w:tcPr>
          <w:p w14:paraId="03E90A14" w14:textId="77777777" w:rsidR="00C22D19" w:rsidRDefault="00000000">
            <w:r>
              <w:t>7</w:t>
            </w:r>
          </w:p>
        </w:tc>
        <w:tc>
          <w:tcPr>
            <w:tcW w:w="2880" w:type="dxa"/>
          </w:tcPr>
          <w:p w14:paraId="1E345232" w14:textId="77777777" w:rsidR="00C22D19" w:rsidRDefault="00000000">
            <w:r>
              <w:t>10 i mniej</w:t>
            </w:r>
          </w:p>
        </w:tc>
        <w:tc>
          <w:tcPr>
            <w:tcW w:w="2880" w:type="dxa"/>
          </w:tcPr>
          <w:p w14:paraId="58421317" w14:textId="77777777" w:rsidR="00C22D19" w:rsidRDefault="00000000">
            <w:r>
              <w:t>Dopuszczający</w:t>
            </w:r>
          </w:p>
        </w:tc>
      </w:tr>
    </w:tbl>
    <w:p w14:paraId="1FDEAC6B" w14:textId="77777777" w:rsidR="00C22D19" w:rsidRDefault="00000000">
      <w:r>
        <w:t>3) sprawność fizyczną (kontrola) – Międzynarodowy Test Sprawności Fizycznej:</w:t>
      </w:r>
    </w:p>
    <w:p w14:paraId="3C895545" w14:textId="77777777" w:rsidR="00C22D19" w:rsidRDefault="00000000">
      <w:r>
        <w:t>• siła mięśni brzucha – siady z leżenia tyłem wykonywane w czasie 30 s,</w:t>
      </w:r>
    </w:p>
    <w:p w14:paraId="7B990E15" w14:textId="77777777" w:rsidR="00C22D19" w:rsidRDefault="00000000">
      <w:r>
        <w:lastRenderedPageBreak/>
        <w:t>• gibkość – skłon tułowia w przód z podwyższenia,</w:t>
      </w:r>
    </w:p>
    <w:p w14:paraId="39BE298D" w14:textId="77777777" w:rsidR="00C22D19" w:rsidRDefault="00000000">
      <w:r>
        <w:t>• skok w dal z miejsca,</w:t>
      </w:r>
    </w:p>
    <w:p w14:paraId="4F4CCBAE" w14:textId="77777777" w:rsidR="00C22D19" w:rsidRDefault="00000000">
      <w:r>
        <w:t>• bieg ze startu wysokiego na 50 m,</w:t>
      </w:r>
    </w:p>
    <w:p w14:paraId="502EBAA9" w14:textId="77777777" w:rsidR="00C22D19" w:rsidRDefault="00000000">
      <w:r>
        <w:t>• bieg wahadłowy na dystansie 4 razy 10 m z przenoszeniem klocków (woreczków),</w:t>
      </w:r>
    </w:p>
    <w:p w14:paraId="2BBBC72D" w14:textId="77777777" w:rsidR="00C22D19" w:rsidRDefault="00000000">
      <w:r>
        <w:t>• pomiar siły względnej: zwis na ugiętych rękach – dziewczęta; podciąganie w zwisie na drążku – chłopcy,</w:t>
      </w:r>
    </w:p>
    <w:p w14:paraId="5DD4E4C2" w14:textId="77777777" w:rsidR="00C22D19" w:rsidRDefault="00000000">
      <w:r>
        <w:t>• biegi przedłużone: na dystansie 800 m – dziewczęta; na dystansie 1000 m – chłopcy.</w:t>
      </w:r>
    </w:p>
    <w:p w14:paraId="4B58D765" w14:textId="77777777" w:rsidR="00C22D19" w:rsidRDefault="00000000">
      <w:r>
        <w:t>4) obowiązkowe próby sprawnościowe (kontrola):</w:t>
      </w:r>
    </w:p>
    <w:p w14:paraId="2A4C0D44" w14:textId="77777777" w:rsidR="00C22D19" w:rsidRDefault="00000000">
      <w:r>
        <w:t>• bieg wahadłowy 10 razy po 5 metrów – służący pomiarowi zdolności szybkościowo-siłowo-koordynacyjnych,</w:t>
      </w:r>
    </w:p>
    <w:p w14:paraId="42A5BFCC" w14:textId="77777777" w:rsidR="00C22D19" w:rsidRDefault="00000000">
      <w:r>
        <w:t>• 20-metrowy wytrzymałościowy bieg wahadłowy wykonywany według Europejskiego Testu Sprawności Fizycznej – Eurofit, opracowanego przez Radę Europy – służący pomiarowi zdolności wytrzymałościowych w biegu,</w:t>
      </w:r>
    </w:p>
    <w:p w14:paraId="6BBBC3A2" w14:textId="77777777" w:rsidR="00C22D19" w:rsidRDefault="00000000">
      <w:r>
        <w:t>• podpór leżąc przodem na przedramionach (deska) – służący pomiarowi zdolności siłowo-wytrzymałościowych całego ciała,</w:t>
      </w:r>
    </w:p>
    <w:p w14:paraId="1D4D057B" w14:textId="77777777" w:rsidR="00C22D19" w:rsidRDefault="00000000">
      <w:r>
        <w:t>• skok w dal z miejsca – służący pomiarowi skoczności i siły.</w:t>
      </w:r>
    </w:p>
    <w:p w14:paraId="2ED7FB41" w14:textId="77777777" w:rsidR="00C22D19" w:rsidRDefault="00000000">
      <w:r>
        <w:rPr>
          <w:i/>
        </w:rPr>
        <w:t>Uwaga!!! Za udział i ukończenie wszystkich prób w testach sprawności fizycznej można także wystawić ocenę bardzo dobrą. Natomiast nie oceniamy wyników, które uczniowie uzyskują w poszczególnych próbach sprawnościowych.</w:t>
      </w:r>
    </w:p>
    <w:p w14:paraId="2ECEAF9A" w14:textId="77777777" w:rsidR="00C22D19" w:rsidRDefault="00000000">
      <w:r>
        <w:t>5) ocena wybranych umiejętności ruchowych:</w:t>
      </w:r>
    </w:p>
    <w:p w14:paraId="4A336942" w14:textId="77777777" w:rsidR="00C22D19" w:rsidRDefault="00000000">
      <w:r>
        <w:t>• gimnastyka: przewrót w przód z przysiadu podpartego do przysiadu podpartego,</w:t>
      </w:r>
    </w:p>
    <w:p w14:paraId="3159D94D" w14:textId="77777777" w:rsidR="00C22D19" w:rsidRDefault="00000000">
      <w:r>
        <w:t>• minipiłka nożna: prowadzenie piłki prostym podbiciem prawą lub lewą nogą; uderzenie piłki na bramkę wewnętrzną częścią stopy,</w:t>
      </w:r>
    </w:p>
    <w:p w14:paraId="5EF22E05" w14:textId="77777777" w:rsidR="00C22D19" w:rsidRDefault="00000000">
      <w:r>
        <w:t>• minikoszykówka: kozłowanie piłki w marszu lub biegu po prostej ze zmianą ręki kozłującej; podania oburącz sprzed klatki piersiowej w miejscu,</w:t>
      </w:r>
    </w:p>
    <w:p w14:paraId="0BDC67DC" w14:textId="77777777" w:rsidR="00C22D19" w:rsidRDefault="00000000">
      <w:r>
        <w:t>• minipiłka ręczna: rzut na bramkę jednorącz z kilku kroków marszu; podanie jednorącz półgórne w miejscu,</w:t>
      </w:r>
    </w:p>
    <w:p w14:paraId="218927EF" w14:textId="77777777" w:rsidR="00C22D19" w:rsidRDefault="00000000">
      <w:r>
        <w:t>• minipiłka siatkowa: odbicie piłki sposobem oburącz górnym po własnym podrzucie.</w:t>
      </w:r>
    </w:p>
    <w:p w14:paraId="25CDBA77" w14:textId="77777777" w:rsidR="00C22D19" w:rsidRDefault="00000000">
      <w:r>
        <w:t>6) wiadomości:</w:t>
      </w:r>
    </w:p>
    <w:p w14:paraId="60773B60" w14:textId="77777777" w:rsidR="00C22D19" w:rsidRDefault="00000000">
      <w:r>
        <w:t>• uczeń zna podstawowe przepisy minigier zespołowych (odpowiedzi ustne lub pisemny test – ocena dodatkowa).</w:t>
      </w:r>
    </w:p>
    <w:p w14:paraId="592DAB0A" w14:textId="08ACEF7C" w:rsidR="00C22D19" w:rsidRDefault="00000000">
      <w:pPr>
        <w:pStyle w:val="Nagwek2"/>
      </w:pPr>
      <w:r>
        <w:lastRenderedPageBreak/>
        <w:t>WYMAGANIA SZCZEGÓŁOWE W KLASIE V SZKOŁY PODSTAWOWEJ</w:t>
      </w:r>
    </w:p>
    <w:p w14:paraId="48077E51" w14:textId="77777777" w:rsidR="00C22D19" w:rsidRDefault="00000000">
      <w:r>
        <w:t>W klasie V szkoły podstawowej kontrolujemy i oceniamy następujące obszary aktywności ucznia:</w:t>
      </w:r>
    </w:p>
    <w:p w14:paraId="6285C18A" w14:textId="77777777" w:rsidR="00C22D19" w:rsidRDefault="00000000">
      <w:r>
        <w:t>1) postawę ucznia i jego kompetencje społeczne,</w:t>
      </w:r>
    </w:p>
    <w:p w14:paraId="405EBC5A" w14:textId="77777777" w:rsidR="00C22D19" w:rsidRDefault="00000000">
      <w:r>
        <w:t>2) systematyczny udział i aktywność w trakcie zajęć wg kryteriów zamieszczonych w poniższej tabeli.</w:t>
      </w:r>
    </w:p>
    <w:p w14:paraId="0D6C8DC8" w14:textId="77777777" w:rsidR="00C22D19" w:rsidRDefault="00000000">
      <w:r>
        <w:rPr>
          <w:b/>
        </w:rPr>
        <w:t>Tabela 3. Kryteria oceny miesięcznej za systematyczny i aktywny udział w lekcjach wychowania fizycznego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C22D19" w14:paraId="0D011656" w14:textId="77777777">
        <w:tc>
          <w:tcPr>
            <w:tcW w:w="2880" w:type="dxa"/>
          </w:tcPr>
          <w:p w14:paraId="1887F744" w14:textId="77777777" w:rsidR="00C22D19" w:rsidRDefault="00000000">
            <w:r>
              <w:t>Lp.</w:t>
            </w:r>
          </w:p>
        </w:tc>
        <w:tc>
          <w:tcPr>
            <w:tcW w:w="2880" w:type="dxa"/>
          </w:tcPr>
          <w:p w14:paraId="3325BBBA" w14:textId="77777777" w:rsidR="00C22D19" w:rsidRDefault="00000000">
            <w:r>
              <w:t>Ilość lekcji, w których uczeń ćwiczył</w:t>
            </w:r>
          </w:p>
        </w:tc>
        <w:tc>
          <w:tcPr>
            <w:tcW w:w="2880" w:type="dxa"/>
          </w:tcPr>
          <w:p w14:paraId="499FA81C" w14:textId="77777777" w:rsidR="00C22D19" w:rsidRDefault="00000000">
            <w:r>
              <w:t>Ocena</w:t>
            </w:r>
          </w:p>
        </w:tc>
      </w:tr>
      <w:tr w:rsidR="00C22D19" w14:paraId="449CEE96" w14:textId="77777777">
        <w:tc>
          <w:tcPr>
            <w:tcW w:w="2880" w:type="dxa"/>
          </w:tcPr>
          <w:p w14:paraId="7DC2A4C0" w14:textId="77777777" w:rsidR="00C22D19" w:rsidRDefault="00000000">
            <w:r>
              <w:t>1</w:t>
            </w:r>
          </w:p>
        </w:tc>
        <w:tc>
          <w:tcPr>
            <w:tcW w:w="2880" w:type="dxa"/>
          </w:tcPr>
          <w:p w14:paraId="2F374CD7" w14:textId="77777777" w:rsidR="00C22D19" w:rsidRDefault="00000000">
            <w:r>
              <w:t>16</w:t>
            </w:r>
          </w:p>
        </w:tc>
        <w:tc>
          <w:tcPr>
            <w:tcW w:w="2880" w:type="dxa"/>
          </w:tcPr>
          <w:p w14:paraId="778BADF1" w14:textId="77777777" w:rsidR="00C22D19" w:rsidRDefault="00000000">
            <w:r>
              <w:t>Celujący</w:t>
            </w:r>
          </w:p>
        </w:tc>
      </w:tr>
      <w:tr w:rsidR="00C22D19" w14:paraId="49E5B60C" w14:textId="77777777">
        <w:tc>
          <w:tcPr>
            <w:tcW w:w="2880" w:type="dxa"/>
          </w:tcPr>
          <w:p w14:paraId="5379C9E1" w14:textId="77777777" w:rsidR="00C22D19" w:rsidRDefault="00000000">
            <w:r>
              <w:t>2</w:t>
            </w:r>
          </w:p>
        </w:tc>
        <w:tc>
          <w:tcPr>
            <w:tcW w:w="2880" w:type="dxa"/>
          </w:tcPr>
          <w:p w14:paraId="0242B155" w14:textId="77777777" w:rsidR="00C22D19" w:rsidRDefault="00000000">
            <w:r>
              <w:t>15</w:t>
            </w:r>
          </w:p>
        </w:tc>
        <w:tc>
          <w:tcPr>
            <w:tcW w:w="2880" w:type="dxa"/>
          </w:tcPr>
          <w:p w14:paraId="5399AF44" w14:textId="77777777" w:rsidR="00C22D19" w:rsidRDefault="00000000">
            <w:r>
              <w:t>Bardzo dobry</w:t>
            </w:r>
          </w:p>
        </w:tc>
      </w:tr>
      <w:tr w:rsidR="00C22D19" w14:paraId="42042217" w14:textId="77777777">
        <w:tc>
          <w:tcPr>
            <w:tcW w:w="2880" w:type="dxa"/>
          </w:tcPr>
          <w:p w14:paraId="0C85BBE3" w14:textId="77777777" w:rsidR="00C22D19" w:rsidRDefault="00000000">
            <w:r>
              <w:t>3</w:t>
            </w:r>
          </w:p>
        </w:tc>
        <w:tc>
          <w:tcPr>
            <w:tcW w:w="2880" w:type="dxa"/>
          </w:tcPr>
          <w:p w14:paraId="0185988F" w14:textId="77777777" w:rsidR="00C22D19" w:rsidRDefault="00000000">
            <w:r>
              <w:t>14</w:t>
            </w:r>
          </w:p>
        </w:tc>
        <w:tc>
          <w:tcPr>
            <w:tcW w:w="2880" w:type="dxa"/>
          </w:tcPr>
          <w:p w14:paraId="7D3A560D" w14:textId="77777777" w:rsidR="00C22D19" w:rsidRDefault="00000000">
            <w:r>
              <w:t>Plus dobry</w:t>
            </w:r>
          </w:p>
        </w:tc>
      </w:tr>
      <w:tr w:rsidR="00C22D19" w14:paraId="59C4F726" w14:textId="77777777">
        <w:tc>
          <w:tcPr>
            <w:tcW w:w="2880" w:type="dxa"/>
          </w:tcPr>
          <w:p w14:paraId="339CAAD7" w14:textId="77777777" w:rsidR="00C22D19" w:rsidRDefault="00000000">
            <w:r>
              <w:t>4</w:t>
            </w:r>
          </w:p>
        </w:tc>
        <w:tc>
          <w:tcPr>
            <w:tcW w:w="2880" w:type="dxa"/>
          </w:tcPr>
          <w:p w14:paraId="1C52D5D2" w14:textId="77777777" w:rsidR="00C22D19" w:rsidRDefault="00000000">
            <w:r>
              <w:t>13</w:t>
            </w:r>
          </w:p>
        </w:tc>
        <w:tc>
          <w:tcPr>
            <w:tcW w:w="2880" w:type="dxa"/>
          </w:tcPr>
          <w:p w14:paraId="30E1995B" w14:textId="77777777" w:rsidR="00C22D19" w:rsidRDefault="00000000">
            <w:r>
              <w:t>Dobry</w:t>
            </w:r>
          </w:p>
        </w:tc>
      </w:tr>
      <w:tr w:rsidR="00C22D19" w14:paraId="35DF1EBE" w14:textId="77777777">
        <w:tc>
          <w:tcPr>
            <w:tcW w:w="2880" w:type="dxa"/>
          </w:tcPr>
          <w:p w14:paraId="744A4465" w14:textId="77777777" w:rsidR="00C22D19" w:rsidRDefault="00000000">
            <w:r>
              <w:t>5</w:t>
            </w:r>
          </w:p>
        </w:tc>
        <w:tc>
          <w:tcPr>
            <w:tcW w:w="2880" w:type="dxa"/>
          </w:tcPr>
          <w:p w14:paraId="602EBD7E" w14:textId="77777777" w:rsidR="00C22D19" w:rsidRDefault="00000000">
            <w:r>
              <w:t>12</w:t>
            </w:r>
          </w:p>
        </w:tc>
        <w:tc>
          <w:tcPr>
            <w:tcW w:w="2880" w:type="dxa"/>
          </w:tcPr>
          <w:p w14:paraId="7C286CB4" w14:textId="77777777" w:rsidR="00C22D19" w:rsidRDefault="00000000">
            <w:r>
              <w:t>Plus dostateczny</w:t>
            </w:r>
          </w:p>
        </w:tc>
      </w:tr>
      <w:tr w:rsidR="00C22D19" w14:paraId="437EA053" w14:textId="77777777">
        <w:tc>
          <w:tcPr>
            <w:tcW w:w="2880" w:type="dxa"/>
          </w:tcPr>
          <w:p w14:paraId="4BAB2156" w14:textId="77777777" w:rsidR="00C22D19" w:rsidRDefault="00000000">
            <w:r>
              <w:t>6</w:t>
            </w:r>
          </w:p>
        </w:tc>
        <w:tc>
          <w:tcPr>
            <w:tcW w:w="2880" w:type="dxa"/>
          </w:tcPr>
          <w:p w14:paraId="7F2AB090" w14:textId="77777777" w:rsidR="00C22D19" w:rsidRDefault="00000000">
            <w:r>
              <w:t>11</w:t>
            </w:r>
          </w:p>
        </w:tc>
        <w:tc>
          <w:tcPr>
            <w:tcW w:w="2880" w:type="dxa"/>
          </w:tcPr>
          <w:p w14:paraId="23C479BA" w14:textId="77777777" w:rsidR="00C22D19" w:rsidRDefault="00000000">
            <w:r>
              <w:t>Dostateczny</w:t>
            </w:r>
          </w:p>
        </w:tc>
      </w:tr>
      <w:tr w:rsidR="00C22D19" w14:paraId="2E71A7EC" w14:textId="77777777">
        <w:tc>
          <w:tcPr>
            <w:tcW w:w="2880" w:type="dxa"/>
          </w:tcPr>
          <w:p w14:paraId="6BD95C21" w14:textId="77777777" w:rsidR="00C22D19" w:rsidRDefault="00000000">
            <w:r>
              <w:t>7</w:t>
            </w:r>
          </w:p>
        </w:tc>
        <w:tc>
          <w:tcPr>
            <w:tcW w:w="2880" w:type="dxa"/>
          </w:tcPr>
          <w:p w14:paraId="0CB03EE0" w14:textId="77777777" w:rsidR="00C22D19" w:rsidRDefault="00000000">
            <w:r>
              <w:t>10 i mniej</w:t>
            </w:r>
          </w:p>
        </w:tc>
        <w:tc>
          <w:tcPr>
            <w:tcW w:w="2880" w:type="dxa"/>
          </w:tcPr>
          <w:p w14:paraId="6068C59B" w14:textId="77777777" w:rsidR="00C22D19" w:rsidRDefault="00000000">
            <w:r>
              <w:t>Dopuszczający</w:t>
            </w:r>
          </w:p>
        </w:tc>
      </w:tr>
    </w:tbl>
    <w:p w14:paraId="5943CFB1" w14:textId="77777777" w:rsidR="00C22D19" w:rsidRDefault="00000000">
      <w:r>
        <w:t>3) sprawność fizyczną (kontrola) – Międzynarodowy Test Sprawności Fizycznej:</w:t>
      </w:r>
    </w:p>
    <w:p w14:paraId="198393AB" w14:textId="77777777" w:rsidR="00C22D19" w:rsidRDefault="00000000">
      <w:r>
        <w:t>• siła mięśni brzucha – siady z leżenia tyłem wykonywane w czasie 30 s,</w:t>
      </w:r>
    </w:p>
    <w:p w14:paraId="67C4BCD8" w14:textId="77777777" w:rsidR="00C22D19" w:rsidRDefault="00000000">
      <w:r>
        <w:t>• gibkość – skłon tułowia w przód z podwyższenia,</w:t>
      </w:r>
    </w:p>
    <w:p w14:paraId="018D8D61" w14:textId="77777777" w:rsidR="00C22D19" w:rsidRDefault="00000000">
      <w:r>
        <w:t>• skok w dal z miejsca,</w:t>
      </w:r>
    </w:p>
    <w:p w14:paraId="2E756CB9" w14:textId="77777777" w:rsidR="00C22D19" w:rsidRDefault="00000000">
      <w:r>
        <w:t>• bieg ze startu wysokiego na 50 m,</w:t>
      </w:r>
    </w:p>
    <w:p w14:paraId="69D8CEAC" w14:textId="77777777" w:rsidR="00C22D19" w:rsidRDefault="00000000">
      <w:r>
        <w:t>• bieg wahadłowy na dystansie 4 razy 10 m z przenoszeniem klocków (woreczków),</w:t>
      </w:r>
    </w:p>
    <w:p w14:paraId="3D7D7D2E" w14:textId="77777777" w:rsidR="00C22D19" w:rsidRDefault="00000000">
      <w:r>
        <w:t>• pomiar siły względnej: zwis na ugiętych rękach – dziewczęta; podciąganie w zwisie na drążku – chłopcy,</w:t>
      </w:r>
    </w:p>
    <w:p w14:paraId="12382408" w14:textId="77777777" w:rsidR="00C22D19" w:rsidRDefault="00000000">
      <w:r>
        <w:t>• biegi przedłużone: na dystansie 800 m – dziewczęta; na dystansie 1000 m – chłopcy.</w:t>
      </w:r>
    </w:p>
    <w:p w14:paraId="0ECB03FA" w14:textId="77777777" w:rsidR="00C22D19" w:rsidRDefault="00000000">
      <w:r>
        <w:t>4) obowiązkowe próby sprawnościowe (kontrola):</w:t>
      </w:r>
    </w:p>
    <w:p w14:paraId="1D6442B9" w14:textId="77777777" w:rsidR="00C22D19" w:rsidRDefault="00000000">
      <w:r>
        <w:t>• bieg wahadłowy 10 razy po 5 metrów – służący pomiarowi zdolności szybkościowo-siłowo-koordynacyjnych,</w:t>
      </w:r>
    </w:p>
    <w:p w14:paraId="2A606FD3" w14:textId="77777777" w:rsidR="00C22D19" w:rsidRDefault="00000000">
      <w:r>
        <w:t>• 20-metrowy wytrzymałościowy bieg wahadłowy wykonywany według Europejskiego Testu Sprawności Fizycznej – Eurofit, opracowanego przez Radę Europy – służący pomiarowi zdolności wytrzymałościowych w biegu,</w:t>
      </w:r>
    </w:p>
    <w:p w14:paraId="50AEC978" w14:textId="77777777" w:rsidR="00C22D19" w:rsidRDefault="00000000">
      <w:r>
        <w:t>• podpór leżąc przodem na przedramionach (deska) – służący pomiarowi zdolności siłowo-wytrzymałościowych całego ciała,</w:t>
      </w:r>
    </w:p>
    <w:p w14:paraId="5C73D5F0" w14:textId="77777777" w:rsidR="00C22D19" w:rsidRDefault="00000000">
      <w:r>
        <w:t>• skok w dal z miejsca – służący pomiarowi skoczności i siły.</w:t>
      </w:r>
    </w:p>
    <w:p w14:paraId="62E32DC1" w14:textId="77777777" w:rsidR="00C22D19" w:rsidRDefault="00000000">
      <w:r>
        <w:rPr>
          <w:i/>
        </w:rPr>
        <w:lastRenderedPageBreak/>
        <w:t>Uwaga!!! Za udział i ukończenie wszystkich prób w testach sprawności fizycznej można także wystawić ocenę bardzo dobrą. Natomiast nie oceniamy wyników, które uczniowie uzyskują w poszczególnych próbach sprawnościowych.</w:t>
      </w:r>
    </w:p>
    <w:p w14:paraId="405F2F96" w14:textId="77777777" w:rsidR="00C22D19" w:rsidRDefault="00000000">
      <w:r>
        <w:t>5) umiejętności ruchowe:</w:t>
      </w:r>
    </w:p>
    <w:p w14:paraId="1EB16B9B" w14:textId="77777777" w:rsidR="00C22D19" w:rsidRDefault="00000000">
      <w:r>
        <w:t>• gimnastyka: przewrót w przód ze stania do przysiadu podpartego,</w:t>
      </w:r>
    </w:p>
    <w:p w14:paraId="1779D22F" w14:textId="77777777" w:rsidR="00C22D19" w:rsidRDefault="00000000">
      <w:r>
        <w:t>• minipiłka nożna: prowadzenie piłki wewnętrznym podbiciem prawą lub lewą nogą ze zmianą tempa i kierunku poruszania się; uderzenie piłki wewnętrzną częścią stopy na bramkę po kilku krokach rozbiegu (piłka jest dogrywana od współćwiczącego),</w:t>
      </w:r>
    </w:p>
    <w:p w14:paraId="37810361" w14:textId="77777777" w:rsidR="00C22D19" w:rsidRDefault="00000000">
      <w:r>
        <w:t>• minikoszykówka: podania piłki oburącz sprzed klatki piersiowej kozłem w biegu; rzut do kosza z dwutaktu z biegu,</w:t>
      </w:r>
    </w:p>
    <w:p w14:paraId="6B6B83D1" w14:textId="77777777" w:rsidR="00C22D19" w:rsidRDefault="00000000">
      <w:r>
        <w:t>• minipiłka ręczna: rzut na bramkę z wyskoku po kozłowaniu; podanie jednorącz półgórne w biegu,</w:t>
      </w:r>
    </w:p>
    <w:p w14:paraId="16ACD221" w14:textId="77777777" w:rsidR="00C22D19" w:rsidRDefault="00000000">
      <w:r>
        <w:t>• minipiłka siatkowa: odbicie piłki sposobem oburącz dolnym w parach; zagrywka sposobem dolnym z 4–5 m od siatki.</w:t>
      </w:r>
    </w:p>
    <w:p w14:paraId="7F05F05C" w14:textId="77777777" w:rsidR="00C22D19" w:rsidRDefault="00000000">
      <w:r>
        <w:t>6) wiadomości:</w:t>
      </w:r>
    </w:p>
    <w:p w14:paraId="21E2F85A" w14:textId="77777777" w:rsidR="00C22D19" w:rsidRDefault="00000000">
      <w:r>
        <w:t>• uczeń zna podstawowe przepisy minigier zespołowych (odpowiedzi ustne lub pisemny test – ocena dodatkowa).</w:t>
      </w:r>
    </w:p>
    <w:p w14:paraId="1B5E62FF" w14:textId="6D6C2350" w:rsidR="00C22D19" w:rsidRDefault="00000000">
      <w:pPr>
        <w:pStyle w:val="Nagwek2"/>
      </w:pPr>
      <w:r>
        <w:t>WYMAGANIA SZCZEGÓŁOWE W KLASIE VI SZKOŁY PODSTAWOWEJ</w:t>
      </w:r>
    </w:p>
    <w:p w14:paraId="0F08A35C" w14:textId="77777777" w:rsidR="00C22D19" w:rsidRDefault="00000000">
      <w:r>
        <w:t>W klasie VI szkoły podstawowej kontrolujemy i oceniamy następujące obszary aktywności ucznia:</w:t>
      </w:r>
    </w:p>
    <w:p w14:paraId="596FC847" w14:textId="77777777" w:rsidR="00C22D19" w:rsidRDefault="00000000">
      <w:r>
        <w:t>1) postawę ucznia i jego kompetencje społeczne,</w:t>
      </w:r>
    </w:p>
    <w:p w14:paraId="30632D0D" w14:textId="77777777" w:rsidR="00C22D19" w:rsidRDefault="00000000">
      <w:r>
        <w:t>2) systematyczny udział i aktywność w trakcie zajęć wg kryteriów zamieszczonych w poniższej tabeli.</w:t>
      </w:r>
    </w:p>
    <w:p w14:paraId="67C41CB8" w14:textId="77777777" w:rsidR="00C22D19" w:rsidRDefault="00000000">
      <w:r>
        <w:rPr>
          <w:b/>
        </w:rPr>
        <w:t>Tabela 4. Kryteria oceny miesięcznej za systematyczny i aktywny udział w lekcjach wychowania fizycznego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C22D19" w14:paraId="2E70A3B8" w14:textId="77777777">
        <w:tc>
          <w:tcPr>
            <w:tcW w:w="2880" w:type="dxa"/>
          </w:tcPr>
          <w:p w14:paraId="698EA63E" w14:textId="77777777" w:rsidR="00C22D19" w:rsidRDefault="00000000">
            <w:r>
              <w:t>Lp.</w:t>
            </w:r>
          </w:p>
        </w:tc>
        <w:tc>
          <w:tcPr>
            <w:tcW w:w="2880" w:type="dxa"/>
          </w:tcPr>
          <w:p w14:paraId="208C8BD7" w14:textId="77777777" w:rsidR="00C22D19" w:rsidRDefault="00000000">
            <w:r>
              <w:t>Ilość lekcji, w których uczeń ćwiczył</w:t>
            </w:r>
          </w:p>
        </w:tc>
        <w:tc>
          <w:tcPr>
            <w:tcW w:w="2880" w:type="dxa"/>
          </w:tcPr>
          <w:p w14:paraId="4ADD7F7C" w14:textId="77777777" w:rsidR="00C22D19" w:rsidRDefault="00000000">
            <w:r>
              <w:t>Ocena</w:t>
            </w:r>
          </w:p>
        </w:tc>
      </w:tr>
      <w:tr w:rsidR="00C22D19" w14:paraId="7455F7D7" w14:textId="77777777">
        <w:tc>
          <w:tcPr>
            <w:tcW w:w="2880" w:type="dxa"/>
          </w:tcPr>
          <w:p w14:paraId="3245A45C" w14:textId="77777777" w:rsidR="00C22D19" w:rsidRDefault="00000000">
            <w:r>
              <w:t>1</w:t>
            </w:r>
          </w:p>
        </w:tc>
        <w:tc>
          <w:tcPr>
            <w:tcW w:w="2880" w:type="dxa"/>
          </w:tcPr>
          <w:p w14:paraId="34BF2115" w14:textId="77777777" w:rsidR="00C22D19" w:rsidRDefault="00000000">
            <w:r>
              <w:t>16</w:t>
            </w:r>
          </w:p>
        </w:tc>
        <w:tc>
          <w:tcPr>
            <w:tcW w:w="2880" w:type="dxa"/>
          </w:tcPr>
          <w:p w14:paraId="2364FD4B" w14:textId="77777777" w:rsidR="00C22D19" w:rsidRDefault="00000000">
            <w:r>
              <w:t>Celujący</w:t>
            </w:r>
          </w:p>
        </w:tc>
      </w:tr>
      <w:tr w:rsidR="00C22D19" w14:paraId="7936B011" w14:textId="77777777">
        <w:tc>
          <w:tcPr>
            <w:tcW w:w="2880" w:type="dxa"/>
          </w:tcPr>
          <w:p w14:paraId="2111EBE4" w14:textId="77777777" w:rsidR="00C22D19" w:rsidRDefault="00000000">
            <w:r>
              <w:t>2</w:t>
            </w:r>
          </w:p>
        </w:tc>
        <w:tc>
          <w:tcPr>
            <w:tcW w:w="2880" w:type="dxa"/>
          </w:tcPr>
          <w:p w14:paraId="47935C2D" w14:textId="77777777" w:rsidR="00C22D19" w:rsidRDefault="00000000">
            <w:r>
              <w:t>15</w:t>
            </w:r>
          </w:p>
        </w:tc>
        <w:tc>
          <w:tcPr>
            <w:tcW w:w="2880" w:type="dxa"/>
          </w:tcPr>
          <w:p w14:paraId="7B43F5B9" w14:textId="77777777" w:rsidR="00C22D19" w:rsidRDefault="00000000">
            <w:r>
              <w:t>Bardzo dobry</w:t>
            </w:r>
          </w:p>
        </w:tc>
      </w:tr>
      <w:tr w:rsidR="00C22D19" w14:paraId="53815E97" w14:textId="77777777">
        <w:tc>
          <w:tcPr>
            <w:tcW w:w="2880" w:type="dxa"/>
          </w:tcPr>
          <w:p w14:paraId="420D71BD" w14:textId="77777777" w:rsidR="00C22D19" w:rsidRDefault="00000000">
            <w:r>
              <w:t>3</w:t>
            </w:r>
          </w:p>
        </w:tc>
        <w:tc>
          <w:tcPr>
            <w:tcW w:w="2880" w:type="dxa"/>
          </w:tcPr>
          <w:p w14:paraId="18D1395A" w14:textId="77777777" w:rsidR="00C22D19" w:rsidRDefault="00000000">
            <w:r>
              <w:t>14</w:t>
            </w:r>
          </w:p>
        </w:tc>
        <w:tc>
          <w:tcPr>
            <w:tcW w:w="2880" w:type="dxa"/>
          </w:tcPr>
          <w:p w14:paraId="2D91F56F" w14:textId="77777777" w:rsidR="00C22D19" w:rsidRDefault="00000000">
            <w:r>
              <w:t>Plus dobry</w:t>
            </w:r>
          </w:p>
        </w:tc>
      </w:tr>
      <w:tr w:rsidR="00C22D19" w14:paraId="00502571" w14:textId="77777777">
        <w:tc>
          <w:tcPr>
            <w:tcW w:w="2880" w:type="dxa"/>
          </w:tcPr>
          <w:p w14:paraId="2516BAB2" w14:textId="77777777" w:rsidR="00C22D19" w:rsidRDefault="00000000">
            <w:r>
              <w:t>4</w:t>
            </w:r>
          </w:p>
        </w:tc>
        <w:tc>
          <w:tcPr>
            <w:tcW w:w="2880" w:type="dxa"/>
          </w:tcPr>
          <w:p w14:paraId="74051175" w14:textId="77777777" w:rsidR="00C22D19" w:rsidRDefault="00000000">
            <w:r>
              <w:t>13</w:t>
            </w:r>
          </w:p>
        </w:tc>
        <w:tc>
          <w:tcPr>
            <w:tcW w:w="2880" w:type="dxa"/>
          </w:tcPr>
          <w:p w14:paraId="017BAAB2" w14:textId="77777777" w:rsidR="00C22D19" w:rsidRDefault="00000000">
            <w:r>
              <w:t>Dobry</w:t>
            </w:r>
          </w:p>
        </w:tc>
      </w:tr>
      <w:tr w:rsidR="00C22D19" w14:paraId="15D65F45" w14:textId="77777777">
        <w:tc>
          <w:tcPr>
            <w:tcW w:w="2880" w:type="dxa"/>
          </w:tcPr>
          <w:p w14:paraId="1DB90B10" w14:textId="77777777" w:rsidR="00C22D19" w:rsidRDefault="00000000">
            <w:r>
              <w:t>5</w:t>
            </w:r>
          </w:p>
        </w:tc>
        <w:tc>
          <w:tcPr>
            <w:tcW w:w="2880" w:type="dxa"/>
          </w:tcPr>
          <w:p w14:paraId="5EEA2DD4" w14:textId="77777777" w:rsidR="00C22D19" w:rsidRDefault="00000000">
            <w:r>
              <w:t>12</w:t>
            </w:r>
          </w:p>
        </w:tc>
        <w:tc>
          <w:tcPr>
            <w:tcW w:w="2880" w:type="dxa"/>
          </w:tcPr>
          <w:p w14:paraId="58ECF741" w14:textId="77777777" w:rsidR="00C22D19" w:rsidRDefault="00000000">
            <w:r>
              <w:t>Plus dostateczny</w:t>
            </w:r>
          </w:p>
        </w:tc>
      </w:tr>
      <w:tr w:rsidR="00C22D19" w14:paraId="056A2781" w14:textId="77777777">
        <w:tc>
          <w:tcPr>
            <w:tcW w:w="2880" w:type="dxa"/>
          </w:tcPr>
          <w:p w14:paraId="5C1187B2" w14:textId="77777777" w:rsidR="00C22D19" w:rsidRDefault="00000000">
            <w:r>
              <w:t>6</w:t>
            </w:r>
          </w:p>
        </w:tc>
        <w:tc>
          <w:tcPr>
            <w:tcW w:w="2880" w:type="dxa"/>
          </w:tcPr>
          <w:p w14:paraId="278FA942" w14:textId="77777777" w:rsidR="00C22D19" w:rsidRDefault="00000000">
            <w:r>
              <w:t>11</w:t>
            </w:r>
          </w:p>
        </w:tc>
        <w:tc>
          <w:tcPr>
            <w:tcW w:w="2880" w:type="dxa"/>
          </w:tcPr>
          <w:p w14:paraId="4D5D0A8A" w14:textId="77777777" w:rsidR="00C22D19" w:rsidRDefault="00000000">
            <w:r>
              <w:t>Dostateczny</w:t>
            </w:r>
          </w:p>
        </w:tc>
      </w:tr>
      <w:tr w:rsidR="00C22D19" w14:paraId="7BC7FEE1" w14:textId="77777777">
        <w:tc>
          <w:tcPr>
            <w:tcW w:w="2880" w:type="dxa"/>
          </w:tcPr>
          <w:p w14:paraId="547A2B65" w14:textId="77777777" w:rsidR="00C22D19" w:rsidRDefault="00000000">
            <w:r>
              <w:t>7</w:t>
            </w:r>
          </w:p>
        </w:tc>
        <w:tc>
          <w:tcPr>
            <w:tcW w:w="2880" w:type="dxa"/>
          </w:tcPr>
          <w:p w14:paraId="6DDFAFFC" w14:textId="77777777" w:rsidR="00C22D19" w:rsidRDefault="00000000">
            <w:r>
              <w:t>10 i mniej</w:t>
            </w:r>
          </w:p>
        </w:tc>
        <w:tc>
          <w:tcPr>
            <w:tcW w:w="2880" w:type="dxa"/>
          </w:tcPr>
          <w:p w14:paraId="396F3EC6" w14:textId="77777777" w:rsidR="00C22D19" w:rsidRDefault="00000000">
            <w:r>
              <w:t>Dopuszczający</w:t>
            </w:r>
          </w:p>
        </w:tc>
      </w:tr>
    </w:tbl>
    <w:p w14:paraId="4289EC7C" w14:textId="77777777" w:rsidR="00C22D19" w:rsidRDefault="00000000">
      <w:r>
        <w:t>3) sprawność fizyczną (kontrola) – Międzynarodowy Test Sprawności Fizycznej:</w:t>
      </w:r>
    </w:p>
    <w:p w14:paraId="4042165B" w14:textId="77777777" w:rsidR="00C22D19" w:rsidRDefault="00000000">
      <w:r>
        <w:t>• siła mięśni brzucha – siady z leżenia tyłem wykonywane w czasie 30 s,</w:t>
      </w:r>
    </w:p>
    <w:p w14:paraId="42607B92" w14:textId="77777777" w:rsidR="00C22D19" w:rsidRDefault="00000000">
      <w:r>
        <w:lastRenderedPageBreak/>
        <w:t>• gibkość – skłon tułowia w przód z podwyższenia,</w:t>
      </w:r>
    </w:p>
    <w:p w14:paraId="0A717A11" w14:textId="77777777" w:rsidR="00C22D19" w:rsidRDefault="00000000">
      <w:r>
        <w:t>• skok w dal z miejsca,</w:t>
      </w:r>
    </w:p>
    <w:p w14:paraId="3E64927A" w14:textId="77777777" w:rsidR="00C22D19" w:rsidRDefault="00000000">
      <w:r>
        <w:t>• bieg ze startu wysokiego na 50 m,</w:t>
      </w:r>
    </w:p>
    <w:p w14:paraId="335423EB" w14:textId="77777777" w:rsidR="00C22D19" w:rsidRDefault="00000000">
      <w:r>
        <w:t>• bieg wahadłowy na dystansie 4 razy 10 m z przenoszeniem klocków (woreczków),</w:t>
      </w:r>
    </w:p>
    <w:p w14:paraId="3DF2C0CB" w14:textId="77777777" w:rsidR="00C22D19" w:rsidRDefault="00000000">
      <w:r>
        <w:t>• pomiar siły względnej: zwis na ugiętych rękach – dziewczęta; podciąganie w zwisie na drążku – chłopcy,</w:t>
      </w:r>
    </w:p>
    <w:p w14:paraId="24DAFE18" w14:textId="77777777" w:rsidR="00C22D19" w:rsidRDefault="00000000">
      <w:r>
        <w:t>• biegi przedłużone: na dystansie 800 m – dziewczęta; na dystansie 1000 m – chłopcy.</w:t>
      </w:r>
    </w:p>
    <w:p w14:paraId="0052AA1A" w14:textId="77777777" w:rsidR="00C22D19" w:rsidRDefault="00000000">
      <w:r>
        <w:t>4) obowiązkowe próby sprawnościowe (kontrola):</w:t>
      </w:r>
    </w:p>
    <w:p w14:paraId="7E545094" w14:textId="77777777" w:rsidR="00C22D19" w:rsidRDefault="00000000">
      <w:r>
        <w:t>• bieg wahadłowy 10 razy po 5 metrów – służący pomiarowi zdolności szybkościowo-siłowo-koordynacyjnych,</w:t>
      </w:r>
    </w:p>
    <w:p w14:paraId="03A43342" w14:textId="77777777" w:rsidR="00C22D19" w:rsidRDefault="00000000">
      <w:r>
        <w:t>• 20-metrowy wytrzymałościowy bieg wahadłowy wykonywany według Europejskiego Testu Sprawności Fizycznej – Eurofit, opracowanego przez Radę Europy – służący pomiarowi zdolności wytrzymałościowych w biegu,</w:t>
      </w:r>
    </w:p>
    <w:p w14:paraId="4D4F25A5" w14:textId="77777777" w:rsidR="00C22D19" w:rsidRDefault="00000000">
      <w:r>
        <w:t>• podpór leżąc przodem na przedramionach (deska) – służący pomiarowi zdolności siłowo-wytrzymałościowych całego ciała,</w:t>
      </w:r>
    </w:p>
    <w:p w14:paraId="70640D65" w14:textId="77777777" w:rsidR="00C22D19" w:rsidRDefault="00000000">
      <w:r>
        <w:t>• skok w dal z miejsca – służący pomiarowi skoczności i siły.</w:t>
      </w:r>
    </w:p>
    <w:p w14:paraId="4962CF75" w14:textId="77777777" w:rsidR="00C22D19" w:rsidRDefault="00000000">
      <w:r>
        <w:rPr>
          <w:i/>
        </w:rPr>
        <w:t>Uwaga!!! Za udział i ukończenie wszystkich prób w testach sprawności fizycznej można także wystawić ocenę bardzo dobrą. Natomiast nie oceniamy wyników, które uczniowie uzyskują w poszczególnych próbach sprawnościowych.</w:t>
      </w:r>
    </w:p>
    <w:p w14:paraId="6EBD8767" w14:textId="77777777" w:rsidR="00C22D19" w:rsidRDefault="00000000">
      <w:r>
        <w:t>5) umiejętności ruchowe:</w:t>
      </w:r>
    </w:p>
    <w:p w14:paraId="78007AB1" w14:textId="77777777" w:rsidR="00C22D19" w:rsidRDefault="00000000">
      <w:r>
        <w:t>• gimnastyka: przewrót w przód ze stania do przysiadu podpartego,</w:t>
      </w:r>
    </w:p>
    <w:p w14:paraId="456FD74E" w14:textId="77777777" w:rsidR="00C22D19" w:rsidRDefault="00000000">
      <w:r>
        <w:t>• minipiłka nożna: prowadzenie piłki wewnętrznym podbiciem prawą lub lewą nogą ze zmianą tempa i kierunku poruszania się; uderzenie piłki wewnętrzną częścią stopy na bramkę po kilku krokach rozbiegu (piłka jest dogrywana od współćwiczącego),</w:t>
      </w:r>
    </w:p>
    <w:p w14:paraId="6EA3A0AD" w14:textId="77777777" w:rsidR="00C22D19" w:rsidRDefault="00000000">
      <w:r>
        <w:t>• minikoszykówka: podania piłki oburącz sprzed klatki piersiowej kozłem w biegu; rzut do kosza z dwutaktu z biegu,</w:t>
      </w:r>
    </w:p>
    <w:p w14:paraId="165808C8" w14:textId="77777777" w:rsidR="00C22D19" w:rsidRDefault="00000000">
      <w:r>
        <w:t>• minipiłka ręczna: rzut na bramkę z wyskoku po kozłowaniu; podanie jednorącz półgórne w biegu,</w:t>
      </w:r>
    </w:p>
    <w:p w14:paraId="4A55A4C4" w14:textId="77777777" w:rsidR="00C22D19" w:rsidRDefault="00000000">
      <w:r>
        <w:t>• minipiłka siatkowa: odbicie piłki sposobem oburącz dolnym w parach; zagrywka sposobem dolnym z 4–5 m od siatki.</w:t>
      </w:r>
    </w:p>
    <w:p w14:paraId="529ED150" w14:textId="77777777" w:rsidR="00C22D19" w:rsidRDefault="00000000">
      <w:r>
        <w:t>6) wiadomości:</w:t>
      </w:r>
    </w:p>
    <w:p w14:paraId="31D0C94C" w14:textId="77777777" w:rsidR="00C22D19" w:rsidRDefault="00000000">
      <w:r>
        <w:t>• uczeń zna podstawowe przepisy minigier zespołowych (odpowiedzi ustne lub pisemny test – ocena dodatkowa).</w:t>
      </w:r>
    </w:p>
    <w:p w14:paraId="31C73D48" w14:textId="6893A7E6" w:rsidR="00C22D19" w:rsidRDefault="00000000">
      <w:pPr>
        <w:pStyle w:val="Nagwek2"/>
      </w:pPr>
      <w:r>
        <w:lastRenderedPageBreak/>
        <w:t>WYMAGANIA SZCZEGÓŁOWE W KLASIE VII SZKOŁY PODSTAWOWEJ</w:t>
      </w:r>
    </w:p>
    <w:p w14:paraId="4386B05F" w14:textId="77777777" w:rsidR="00C22D19" w:rsidRDefault="00000000">
      <w:r>
        <w:t>W klasie VII szkoły podstawowej kontrolujemy i oceniamy następujące obszary aktywności ucznia:</w:t>
      </w:r>
    </w:p>
    <w:p w14:paraId="212915B7" w14:textId="77777777" w:rsidR="00C22D19" w:rsidRDefault="00000000">
      <w:r>
        <w:t>1) postawę ucznia i jego kompetencje społeczne,</w:t>
      </w:r>
    </w:p>
    <w:p w14:paraId="4032C1DB" w14:textId="77777777" w:rsidR="00C22D19" w:rsidRDefault="00000000">
      <w:r>
        <w:t>2) systematyczny udział i aktywność w trakcie zajęć wg kryteriów zamieszczonych w poniższej tabeli.</w:t>
      </w:r>
    </w:p>
    <w:p w14:paraId="7643C71F" w14:textId="77777777" w:rsidR="00C22D19" w:rsidRDefault="00000000">
      <w:r>
        <w:rPr>
          <w:b/>
        </w:rPr>
        <w:t>Tabela 5. Kryteria oceny miesięcznej za systematyczny i aktywny udział w lekcjach wychowania fizycznego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C22D19" w14:paraId="40A41097" w14:textId="77777777">
        <w:tc>
          <w:tcPr>
            <w:tcW w:w="2880" w:type="dxa"/>
          </w:tcPr>
          <w:p w14:paraId="213AE4ED" w14:textId="77777777" w:rsidR="00C22D19" w:rsidRDefault="00000000">
            <w:r>
              <w:t>Lp.</w:t>
            </w:r>
          </w:p>
        </w:tc>
        <w:tc>
          <w:tcPr>
            <w:tcW w:w="2880" w:type="dxa"/>
          </w:tcPr>
          <w:p w14:paraId="6B6D2AE4" w14:textId="77777777" w:rsidR="00C22D19" w:rsidRDefault="00000000">
            <w:r>
              <w:t>Ilość lekcji, w których uczeń ćwiczył</w:t>
            </w:r>
          </w:p>
        </w:tc>
        <w:tc>
          <w:tcPr>
            <w:tcW w:w="2880" w:type="dxa"/>
          </w:tcPr>
          <w:p w14:paraId="56136204" w14:textId="77777777" w:rsidR="00C22D19" w:rsidRDefault="00000000">
            <w:r>
              <w:t>Ocena</w:t>
            </w:r>
          </w:p>
        </w:tc>
      </w:tr>
      <w:tr w:rsidR="00C22D19" w14:paraId="62243A08" w14:textId="77777777">
        <w:tc>
          <w:tcPr>
            <w:tcW w:w="2880" w:type="dxa"/>
          </w:tcPr>
          <w:p w14:paraId="711D423A" w14:textId="77777777" w:rsidR="00C22D19" w:rsidRDefault="00000000">
            <w:r>
              <w:t>1</w:t>
            </w:r>
          </w:p>
        </w:tc>
        <w:tc>
          <w:tcPr>
            <w:tcW w:w="2880" w:type="dxa"/>
          </w:tcPr>
          <w:p w14:paraId="0A828EF4" w14:textId="77777777" w:rsidR="00C22D19" w:rsidRDefault="00000000">
            <w:r>
              <w:t>16</w:t>
            </w:r>
          </w:p>
        </w:tc>
        <w:tc>
          <w:tcPr>
            <w:tcW w:w="2880" w:type="dxa"/>
          </w:tcPr>
          <w:p w14:paraId="4DB2DF10" w14:textId="77777777" w:rsidR="00C22D19" w:rsidRDefault="00000000">
            <w:r>
              <w:t>Celujący</w:t>
            </w:r>
          </w:p>
        </w:tc>
      </w:tr>
      <w:tr w:rsidR="00C22D19" w14:paraId="2CDF2A9B" w14:textId="77777777">
        <w:tc>
          <w:tcPr>
            <w:tcW w:w="2880" w:type="dxa"/>
          </w:tcPr>
          <w:p w14:paraId="22D34137" w14:textId="77777777" w:rsidR="00C22D19" w:rsidRDefault="00000000">
            <w:r>
              <w:t>2</w:t>
            </w:r>
          </w:p>
        </w:tc>
        <w:tc>
          <w:tcPr>
            <w:tcW w:w="2880" w:type="dxa"/>
          </w:tcPr>
          <w:p w14:paraId="1D799B92" w14:textId="77777777" w:rsidR="00C22D19" w:rsidRDefault="00000000">
            <w:r>
              <w:t>15</w:t>
            </w:r>
          </w:p>
        </w:tc>
        <w:tc>
          <w:tcPr>
            <w:tcW w:w="2880" w:type="dxa"/>
          </w:tcPr>
          <w:p w14:paraId="5D51F98B" w14:textId="77777777" w:rsidR="00C22D19" w:rsidRDefault="00000000">
            <w:r>
              <w:t>Bardzo dobry</w:t>
            </w:r>
          </w:p>
        </w:tc>
      </w:tr>
      <w:tr w:rsidR="00C22D19" w14:paraId="32695CB4" w14:textId="77777777">
        <w:tc>
          <w:tcPr>
            <w:tcW w:w="2880" w:type="dxa"/>
          </w:tcPr>
          <w:p w14:paraId="08723F60" w14:textId="77777777" w:rsidR="00C22D19" w:rsidRDefault="00000000">
            <w:r>
              <w:t>3</w:t>
            </w:r>
          </w:p>
        </w:tc>
        <w:tc>
          <w:tcPr>
            <w:tcW w:w="2880" w:type="dxa"/>
          </w:tcPr>
          <w:p w14:paraId="21F5E8CB" w14:textId="77777777" w:rsidR="00C22D19" w:rsidRDefault="00000000">
            <w:r>
              <w:t>14</w:t>
            </w:r>
          </w:p>
        </w:tc>
        <w:tc>
          <w:tcPr>
            <w:tcW w:w="2880" w:type="dxa"/>
          </w:tcPr>
          <w:p w14:paraId="71F07FF2" w14:textId="77777777" w:rsidR="00C22D19" w:rsidRDefault="00000000">
            <w:r>
              <w:t>Plus dobry</w:t>
            </w:r>
          </w:p>
        </w:tc>
      </w:tr>
      <w:tr w:rsidR="00C22D19" w14:paraId="5A499FE6" w14:textId="77777777">
        <w:tc>
          <w:tcPr>
            <w:tcW w:w="2880" w:type="dxa"/>
          </w:tcPr>
          <w:p w14:paraId="0F162D8D" w14:textId="77777777" w:rsidR="00C22D19" w:rsidRDefault="00000000">
            <w:r>
              <w:t>4</w:t>
            </w:r>
          </w:p>
        </w:tc>
        <w:tc>
          <w:tcPr>
            <w:tcW w:w="2880" w:type="dxa"/>
          </w:tcPr>
          <w:p w14:paraId="60DE2AA0" w14:textId="77777777" w:rsidR="00C22D19" w:rsidRDefault="00000000">
            <w:r>
              <w:t>13</w:t>
            </w:r>
          </w:p>
        </w:tc>
        <w:tc>
          <w:tcPr>
            <w:tcW w:w="2880" w:type="dxa"/>
          </w:tcPr>
          <w:p w14:paraId="46162300" w14:textId="77777777" w:rsidR="00C22D19" w:rsidRDefault="00000000">
            <w:r>
              <w:t>Dobry</w:t>
            </w:r>
          </w:p>
        </w:tc>
      </w:tr>
      <w:tr w:rsidR="00C22D19" w14:paraId="52532864" w14:textId="77777777">
        <w:tc>
          <w:tcPr>
            <w:tcW w:w="2880" w:type="dxa"/>
          </w:tcPr>
          <w:p w14:paraId="55881FC8" w14:textId="77777777" w:rsidR="00C22D19" w:rsidRDefault="00000000">
            <w:r>
              <w:t>5</w:t>
            </w:r>
          </w:p>
        </w:tc>
        <w:tc>
          <w:tcPr>
            <w:tcW w:w="2880" w:type="dxa"/>
          </w:tcPr>
          <w:p w14:paraId="623824B4" w14:textId="77777777" w:rsidR="00C22D19" w:rsidRDefault="00000000">
            <w:r>
              <w:t>12</w:t>
            </w:r>
          </w:p>
        </w:tc>
        <w:tc>
          <w:tcPr>
            <w:tcW w:w="2880" w:type="dxa"/>
          </w:tcPr>
          <w:p w14:paraId="1EE5008F" w14:textId="77777777" w:rsidR="00C22D19" w:rsidRDefault="00000000">
            <w:r>
              <w:t>Plus dostateczny</w:t>
            </w:r>
          </w:p>
        </w:tc>
      </w:tr>
      <w:tr w:rsidR="00C22D19" w14:paraId="4D33B114" w14:textId="77777777">
        <w:tc>
          <w:tcPr>
            <w:tcW w:w="2880" w:type="dxa"/>
          </w:tcPr>
          <w:p w14:paraId="5B41783E" w14:textId="77777777" w:rsidR="00C22D19" w:rsidRDefault="00000000">
            <w:r>
              <w:t>6</w:t>
            </w:r>
          </w:p>
        </w:tc>
        <w:tc>
          <w:tcPr>
            <w:tcW w:w="2880" w:type="dxa"/>
          </w:tcPr>
          <w:p w14:paraId="79AEBC49" w14:textId="77777777" w:rsidR="00C22D19" w:rsidRDefault="00000000">
            <w:r>
              <w:t>11</w:t>
            </w:r>
          </w:p>
        </w:tc>
        <w:tc>
          <w:tcPr>
            <w:tcW w:w="2880" w:type="dxa"/>
          </w:tcPr>
          <w:p w14:paraId="3F7A2D96" w14:textId="77777777" w:rsidR="00C22D19" w:rsidRDefault="00000000">
            <w:r>
              <w:t>Dostateczny</w:t>
            </w:r>
          </w:p>
        </w:tc>
      </w:tr>
      <w:tr w:rsidR="00C22D19" w14:paraId="0ACC148C" w14:textId="77777777">
        <w:tc>
          <w:tcPr>
            <w:tcW w:w="2880" w:type="dxa"/>
          </w:tcPr>
          <w:p w14:paraId="531D2115" w14:textId="77777777" w:rsidR="00C22D19" w:rsidRDefault="00000000">
            <w:r>
              <w:t>7</w:t>
            </w:r>
          </w:p>
        </w:tc>
        <w:tc>
          <w:tcPr>
            <w:tcW w:w="2880" w:type="dxa"/>
          </w:tcPr>
          <w:p w14:paraId="1F8B1426" w14:textId="77777777" w:rsidR="00C22D19" w:rsidRDefault="00000000">
            <w:r>
              <w:t>10 i mniej</w:t>
            </w:r>
          </w:p>
        </w:tc>
        <w:tc>
          <w:tcPr>
            <w:tcW w:w="2880" w:type="dxa"/>
          </w:tcPr>
          <w:p w14:paraId="3590B066" w14:textId="77777777" w:rsidR="00C22D19" w:rsidRDefault="00000000">
            <w:r>
              <w:t>Dopuszczający</w:t>
            </w:r>
          </w:p>
        </w:tc>
      </w:tr>
    </w:tbl>
    <w:p w14:paraId="523CEA04" w14:textId="77777777" w:rsidR="00C22D19" w:rsidRDefault="00000000">
      <w:r>
        <w:t>3) sprawność fizyczną (kontrola) – Międzynarodowy Test Sprawności Fizycznej:</w:t>
      </w:r>
    </w:p>
    <w:p w14:paraId="05EA8D46" w14:textId="77777777" w:rsidR="00C22D19" w:rsidRDefault="00000000">
      <w:r>
        <w:t>• siła mięśni brzucha – siady z leżenia tyłem wykonywane w czasie 30 s,</w:t>
      </w:r>
    </w:p>
    <w:p w14:paraId="123A6689" w14:textId="77777777" w:rsidR="00C22D19" w:rsidRDefault="00000000">
      <w:r>
        <w:t>• gibkość – skłon tułowia w przód z podwyższenia,</w:t>
      </w:r>
    </w:p>
    <w:p w14:paraId="657C60C5" w14:textId="77777777" w:rsidR="00C22D19" w:rsidRDefault="00000000">
      <w:r>
        <w:t>• skok w dal z miejsca,</w:t>
      </w:r>
    </w:p>
    <w:p w14:paraId="6F995EF3" w14:textId="77777777" w:rsidR="00C22D19" w:rsidRDefault="00000000">
      <w:r>
        <w:t>• bieg ze startu wysokiego na 50 m,</w:t>
      </w:r>
    </w:p>
    <w:p w14:paraId="69DC7401" w14:textId="77777777" w:rsidR="00C22D19" w:rsidRDefault="00000000">
      <w:r>
        <w:t>• bieg wahadłowy na dystansie 4 razy 10 m z przenoszeniem klocków (woreczków),</w:t>
      </w:r>
    </w:p>
    <w:p w14:paraId="495B4193" w14:textId="77777777" w:rsidR="00C22D19" w:rsidRDefault="00000000">
      <w:r>
        <w:t>• pomiar siły względnej: zwis na ugiętych rękach – dziewczęta; podciąganie w zwisie na drążku – chłopcy,</w:t>
      </w:r>
    </w:p>
    <w:p w14:paraId="4CEF7DDE" w14:textId="77777777" w:rsidR="00C22D19" w:rsidRDefault="00000000">
      <w:r>
        <w:t>• biegi przedłużone: na dystansie 800 m – dziewczęta; na dystansie 1000 m – chłopcy.</w:t>
      </w:r>
    </w:p>
    <w:p w14:paraId="1ABC82D8" w14:textId="77777777" w:rsidR="00C22D19" w:rsidRDefault="00000000">
      <w:r>
        <w:t>4) obowiązkowe próby sprawnościowe (kontrola):</w:t>
      </w:r>
    </w:p>
    <w:p w14:paraId="4CF4601A" w14:textId="77777777" w:rsidR="00C22D19" w:rsidRDefault="00000000">
      <w:r>
        <w:t>• bieg wahadłowy 10 razy po 5 metrów – służący pomiarowi zdolności szybkościowo-siłowo-koordynacyjnych,</w:t>
      </w:r>
    </w:p>
    <w:p w14:paraId="561791CC" w14:textId="77777777" w:rsidR="00C22D19" w:rsidRDefault="00000000">
      <w:r>
        <w:t>• 20-metrowy wytrzymałościowy bieg wahadłowy wykonywany według Europejskiego Testu Sprawności Fizycznej – Eurofit, opracowanego przez Radę Europy – służący pomiarowi zdolności wytrzymałościowych w biegu,</w:t>
      </w:r>
    </w:p>
    <w:p w14:paraId="61411C78" w14:textId="77777777" w:rsidR="00C22D19" w:rsidRDefault="00000000">
      <w:r>
        <w:t>• podpór leżąc przodem na przedramionach (deska) – służący pomiarowi zdolności siłowo-wytrzymałościowych całego ciała,</w:t>
      </w:r>
    </w:p>
    <w:p w14:paraId="19EE0DE0" w14:textId="77777777" w:rsidR="00C22D19" w:rsidRDefault="00000000">
      <w:r>
        <w:t>• skok w dal z miejsca – służący pomiarowi skoczności i siły.</w:t>
      </w:r>
    </w:p>
    <w:p w14:paraId="5C96FB87" w14:textId="77777777" w:rsidR="00C22D19" w:rsidRDefault="00000000">
      <w:r>
        <w:rPr>
          <w:i/>
        </w:rPr>
        <w:lastRenderedPageBreak/>
        <w:t>Uwaga!!! Za udział i ukończenie wszystkich prób w testach sprawności fizycznej można także wystawić ocenę bardzo dobrą. Natomiast nie oceniamy wyników, które uczniowie uzyskują w poszczególnych próbach sprawnościowych.</w:t>
      </w:r>
    </w:p>
    <w:p w14:paraId="273C49E1" w14:textId="77777777" w:rsidR="00C22D19" w:rsidRDefault="00000000">
      <w:r>
        <w:t>5) umiejętności ruchowe:</w:t>
      </w:r>
    </w:p>
    <w:p w14:paraId="4EEAFC6D" w14:textId="77777777" w:rsidR="00C22D19" w:rsidRDefault="00000000">
      <w:r>
        <w:t>• gimnastyka: prowadzi rozgrzewkę do lekcji gimnastyki,</w:t>
      </w:r>
    </w:p>
    <w:p w14:paraId="27E2CA93" w14:textId="77777777" w:rsidR="00C22D19" w:rsidRDefault="00000000">
      <w:r>
        <w:t>• piłka nożna: prowadzenie piłki zewnętrznym podbiciem; strzał na bramkę zewnętrznym podbiciem,</w:t>
      </w:r>
    </w:p>
    <w:p w14:paraId="42822F3C" w14:textId="77777777" w:rsidR="00C22D19" w:rsidRDefault="00000000">
      <w:r>
        <w:t>• koszykówka: rzut do kosza z dwutaktu po zwodzie pojedynczym; podania oburącz kozłem sprzed klatki piersiowej w biegu,</w:t>
      </w:r>
    </w:p>
    <w:p w14:paraId="175AF5BA" w14:textId="77777777" w:rsidR="00C22D19" w:rsidRDefault="00000000">
      <w:r>
        <w:t>• piłka ręczna: rzut na bramkę z wyskoku po podaniu od współćwiczącego; podania jednorącz półgórne kozłem w biegu,</w:t>
      </w:r>
    </w:p>
    <w:p w14:paraId="1791ADC0" w14:textId="77777777" w:rsidR="00C22D19" w:rsidRDefault="00000000">
      <w:r>
        <w:t>• piłka siatkowa: łączone odbicia piłki sposobem oburącz górnym i dolnym w parach; zagrywka sposobem dolnym z 5–6 m od siatki.</w:t>
      </w:r>
    </w:p>
    <w:p w14:paraId="4AC355AC" w14:textId="77777777" w:rsidR="00C22D19" w:rsidRDefault="00000000">
      <w:r>
        <w:t>6) wiadomości:</w:t>
      </w:r>
    </w:p>
    <w:p w14:paraId="42BA86CB" w14:textId="77777777" w:rsidR="00C22D19" w:rsidRDefault="00000000">
      <w:r>
        <w:t>• uczeń zna podstawowe przepisy gier zespołowych (odpowiedzi ustne lub pisemny test – ocena dodatkowa).</w:t>
      </w:r>
    </w:p>
    <w:p w14:paraId="08D1F563" w14:textId="039D1BB8" w:rsidR="00C22D19" w:rsidRDefault="00000000">
      <w:pPr>
        <w:pStyle w:val="Nagwek2"/>
      </w:pPr>
      <w:r>
        <w:t>WYMAGANIA SZCZEGÓŁOWE W KLASIE VIII SZKOŁY PODSTAWOWEJ</w:t>
      </w:r>
    </w:p>
    <w:p w14:paraId="79BF900F" w14:textId="77777777" w:rsidR="00C22D19" w:rsidRDefault="00000000">
      <w:r>
        <w:t>W klasie VIII szkoły podstawowej kontrolujemy i oceniamy następujące obszary aktywności ucznia:</w:t>
      </w:r>
    </w:p>
    <w:p w14:paraId="45067906" w14:textId="77777777" w:rsidR="00C22D19" w:rsidRDefault="00000000">
      <w:r>
        <w:t>1) postawę ucznia i jego kompetencje społeczne,</w:t>
      </w:r>
    </w:p>
    <w:p w14:paraId="245DB279" w14:textId="77777777" w:rsidR="00C22D19" w:rsidRDefault="00000000">
      <w:r>
        <w:t>2) systematyczny udział i aktywność w trakcie zajęć wg kryteriów zamieszczonych w poniższej tabeli.</w:t>
      </w:r>
    </w:p>
    <w:p w14:paraId="399496E3" w14:textId="77777777" w:rsidR="00C22D19" w:rsidRDefault="00000000">
      <w:r>
        <w:rPr>
          <w:b/>
        </w:rPr>
        <w:t>Tabela 6. Kryteria oceny miesięcznej za systematyczny i aktywny udział w lekcjach wychowania fizycznego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C22D19" w14:paraId="09DD53D1" w14:textId="77777777">
        <w:tc>
          <w:tcPr>
            <w:tcW w:w="2880" w:type="dxa"/>
          </w:tcPr>
          <w:p w14:paraId="146D4E85" w14:textId="77777777" w:rsidR="00C22D19" w:rsidRDefault="00000000">
            <w:r>
              <w:t>Lp.</w:t>
            </w:r>
          </w:p>
        </w:tc>
        <w:tc>
          <w:tcPr>
            <w:tcW w:w="2880" w:type="dxa"/>
          </w:tcPr>
          <w:p w14:paraId="406A05CE" w14:textId="77777777" w:rsidR="00C22D19" w:rsidRDefault="00000000">
            <w:r>
              <w:t>Ilość lekcji, w których uczeń ćwiczył</w:t>
            </w:r>
          </w:p>
        </w:tc>
        <w:tc>
          <w:tcPr>
            <w:tcW w:w="2880" w:type="dxa"/>
          </w:tcPr>
          <w:p w14:paraId="3E6D803C" w14:textId="77777777" w:rsidR="00C22D19" w:rsidRDefault="00000000">
            <w:r>
              <w:t>Ocena</w:t>
            </w:r>
          </w:p>
        </w:tc>
      </w:tr>
      <w:tr w:rsidR="00C22D19" w14:paraId="782087F3" w14:textId="77777777">
        <w:tc>
          <w:tcPr>
            <w:tcW w:w="2880" w:type="dxa"/>
          </w:tcPr>
          <w:p w14:paraId="0AE5407C" w14:textId="77777777" w:rsidR="00C22D19" w:rsidRDefault="00000000">
            <w:r>
              <w:t>1</w:t>
            </w:r>
          </w:p>
        </w:tc>
        <w:tc>
          <w:tcPr>
            <w:tcW w:w="2880" w:type="dxa"/>
          </w:tcPr>
          <w:p w14:paraId="17E79A6F" w14:textId="77777777" w:rsidR="00C22D19" w:rsidRDefault="00000000">
            <w:r>
              <w:t>16</w:t>
            </w:r>
          </w:p>
        </w:tc>
        <w:tc>
          <w:tcPr>
            <w:tcW w:w="2880" w:type="dxa"/>
          </w:tcPr>
          <w:p w14:paraId="2B1C4F72" w14:textId="77777777" w:rsidR="00C22D19" w:rsidRDefault="00000000">
            <w:r>
              <w:t>Celujący</w:t>
            </w:r>
          </w:p>
        </w:tc>
      </w:tr>
      <w:tr w:rsidR="00C22D19" w14:paraId="2CA00C24" w14:textId="77777777">
        <w:tc>
          <w:tcPr>
            <w:tcW w:w="2880" w:type="dxa"/>
          </w:tcPr>
          <w:p w14:paraId="130C76AE" w14:textId="77777777" w:rsidR="00C22D19" w:rsidRDefault="00000000">
            <w:r>
              <w:t>2</w:t>
            </w:r>
          </w:p>
        </w:tc>
        <w:tc>
          <w:tcPr>
            <w:tcW w:w="2880" w:type="dxa"/>
          </w:tcPr>
          <w:p w14:paraId="6031BF5C" w14:textId="77777777" w:rsidR="00C22D19" w:rsidRDefault="00000000">
            <w:r>
              <w:t>15</w:t>
            </w:r>
          </w:p>
        </w:tc>
        <w:tc>
          <w:tcPr>
            <w:tcW w:w="2880" w:type="dxa"/>
          </w:tcPr>
          <w:p w14:paraId="6F871791" w14:textId="77777777" w:rsidR="00C22D19" w:rsidRDefault="00000000">
            <w:r>
              <w:t>Bardzo dobry</w:t>
            </w:r>
          </w:p>
        </w:tc>
      </w:tr>
      <w:tr w:rsidR="00C22D19" w14:paraId="6212A49F" w14:textId="77777777">
        <w:tc>
          <w:tcPr>
            <w:tcW w:w="2880" w:type="dxa"/>
          </w:tcPr>
          <w:p w14:paraId="12FE7B4D" w14:textId="77777777" w:rsidR="00C22D19" w:rsidRDefault="00000000">
            <w:r>
              <w:t>3</w:t>
            </w:r>
          </w:p>
        </w:tc>
        <w:tc>
          <w:tcPr>
            <w:tcW w:w="2880" w:type="dxa"/>
          </w:tcPr>
          <w:p w14:paraId="47CCF19E" w14:textId="77777777" w:rsidR="00C22D19" w:rsidRDefault="00000000">
            <w:r>
              <w:t>14</w:t>
            </w:r>
          </w:p>
        </w:tc>
        <w:tc>
          <w:tcPr>
            <w:tcW w:w="2880" w:type="dxa"/>
          </w:tcPr>
          <w:p w14:paraId="1C5E2087" w14:textId="77777777" w:rsidR="00C22D19" w:rsidRDefault="00000000">
            <w:r>
              <w:t>Plus dobry</w:t>
            </w:r>
          </w:p>
        </w:tc>
      </w:tr>
      <w:tr w:rsidR="00C22D19" w14:paraId="574A6882" w14:textId="77777777">
        <w:tc>
          <w:tcPr>
            <w:tcW w:w="2880" w:type="dxa"/>
          </w:tcPr>
          <w:p w14:paraId="00424FD7" w14:textId="77777777" w:rsidR="00C22D19" w:rsidRDefault="00000000">
            <w:r>
              <w:t>4</w:t>
            </w:r>
          </w:p>
        </w:tc>
        <w:tc>
          <w:tcPr>
            <w:tcW w:w="2880" w:type="dxa"/>
          </w:tcPr>
          <w:p w14:paraId="0AFDAA0C" w14:textId="77777777" w:rsidR="00C22D19" w:rsidRDefault="00000000">
            <w:r>
              <w:t>13</w:t>
            </w:r>
          </w:p>
        </w:tc>
        <w:tc>
          <w:tcPr>
            <w:tcW w:w="2880" w:type="dxa"/>
          </w:tcPr>
          <w:p w14:paraId="40715804" w14:textId="77777777" w:rsidR="00C22D19" w:rsidRDefault="00000000">
            <w:r>
              <w:t>Dobry</w:t>
            </w:r>
          </w:p>
        </w:tc>
      </w:tr>
      <w:tr w:rsidR="00C22D19" w14:paraId="24D13A48" w14:textId="77777777">
        <w:tc>
          <w:tcPr>
            <w:tcW w:w="2880" w:type="dxa"/>
          </w:tcPr>
          <w:p w14:paraId="5C9836B1" w14:textId="77777777" w:rsidR="00C22D19" w:rsidRDefault="00000000">
            <w:r>
              <w:t>5</w:t>
            </w:r>
          </w:p>
        </w:tc>
        <w:tc>
          <w:tcPr>
            <w:tcW w:w="2880" w:type="dxa"/>
          </w:tcPr>
          <w:p w14:paraId="5676FA9E" w14:textId="77777777" w:rsidR="00C22D19" w:rsidRDefault="00000000">
            <w:r>
              <w:t>12</w:t>
            </w:r>
          </w:p>
        </w:tc>
        <w:tc>
          <w:tcPr>
            <w:tcW w:w="2880" w:type="dxa"/>
          </w:tcPr>
          <w:p w14:paraId="2D7962D4" w14:textId="77777777" w:rsidR="00C22D19" w:rsidRDefault="00000000">
            <w:r>
              <w:t>Plus dostateczny</w:t>
            </w:r>
          </w:p>
        </w:tc>
      </w:tr>
      <w:tr w:rsidR="00C22D19" w14:paraId="6BD3D280" w14:textId="77777777">
        <w:tc>
          <w:tcPr>
            <w:tcW w:w="2880" w:type="dxa"/>
          </w:tcPr>
          <w:p w14:paraId="09B598C7" w14:textId="77777777" w:rsidR="00C22D19" w:rsidRDefault="00000000">
            <w:r>
              <w:t>6</w:t>
            </w:r>
          </w:p>
        </w:tc>
        <w:tc>
          <w:tcPr>
            <w:tcW w:w="2880" w:type="dxa"/>
          </w:tcPr>
          <w:p w14:paraId="16B2BBC0" w14:textId="77777777" w:rsidR="00C22D19" w:rsidRDefault="00000000">
            <w:r>
              <w:t>11</w:t>
            </w:r>
          </w:p>
        </w:tc>
        <w:tc>
          <w:tcPr>
            <w:tcW w:w="2880" w:type="dxa"/>
          </w:tcPr>
          <w:p w14:paraId="61D963BA" w14:textId="77777777" w:rsidR="00C22D19" w:rsidRDefault="00000000">
            <w:r>
              <w:t>Dostateczny</w:t>
            </w:r>
          </w:p>
        </w:tc>
      </w:tr>
      <w:tr w:rsidR="00C22D19" w14:paraId="23E6C635" w14:textId="77777777">
        <w:tc>
          <w:tcPr>
            <w:tcW w:w="2880" w:type="dxa"/>
          </w:tcPr>
          <w:p w14:paraId="383F62F9" w14:textId="77777777" w:rsidR="00C22D19" w:rsidRDefault="00000000">
            <w:r>
              <w:t>7</w:t>
            </w:r>
          </w:p>
        </w:tc>
        <w:tc>
          <w:tcPr>
            <w:tcW w:w="2880" w:type="dxa"/>
          </w:tcPr>
          <w:p w14:paraId="72C4C8A4" w14:textId="77777777" w:rsidR="00C22D19" w:rsidRDefault="00000000">
            <w:r>
              <w:t>10 i mniej</w:t>
            </w:r>
          </w:p>
        </w:tc>
        <w:tc>
          <w:tcPr>
            <w:tcW w:w="2880" w:type="dxa"/>
          </w:tcPr>
          <w:p w14:paraId="025221C9" w14:textId="77777777" w:rsidR="00C22D19" w:rsidRDefault="00000000">
            <w:r>
              <w:t>Dopuszczający</w:t>
            </w:r>
          </w:p>
        </w:tc>
      </w:tr>
    </w:tbl>
    <w:p w14:paraId="674E9CD8" w14:textId="77777777" w:rsidR="00C22D19" w:rsidRDefault="00000000">
      <w:r>
        <w:t>3) sprawność fizyczną (kontrola) – Międzynarodowy Test Sprawności Fizycznej:</w:t>
      </w:r>
    </w:p>
    <w:p w14:paraId="4DE40726" w14:textId="77777777" w:rsidR="00C22D19" w:rsidRDefault="00000000">
      <w:r>
        <w:t>• siła mięśni brzucha – siady z leżenia tyłem wykonywane w czasie 30 s,</w:t>
      </w:r>
    </w:p>
    <w:p w14:paraId="3FF3203C" w14:textId="77777777" w:rsidR="00C22D19" w:rsidRDefault="00000000">
      <w:r>
        <w:t>• gibkość – skłon tułowia w przód z podwyższenia,</w:t>
      </w:r>
    </w:p>
    <w:p w14:paraId="6D28790F" w14:textId="77777777" w:rsidR="00C22D19" w:rsidRDefault="00000000">
      <w:r>
        <w:lastRenderedPageBreak/>
        <w:t>• skok w dal z miejsca,</w:t>
      </w:r>
    </w:p>
    <w:p w14:paraId="44B9176E" w14:textId="77777777" w:rsidR="00C22D19" w:rsidRDefault="00000000">
      <w:r>
        <w:t>• bieg ze startu wysokiego na 50 m,</w:t>
      </w:r>
    </w:p>
    <w:p w14:paraId="0BC4AEDB" w14:textId="77777777" w:rsidR="00C22D19" w:rsidRDefault="00000000">
      <w:r>
        <w:t>• bieg wahadłowy na dystansie 4 razy 10 m z przenoszeniem klocków (woreczków),</w:t>
      </w:r>
    </w:p>
    <w:p w14:paraId="1374BD83" w14:textId="77777777" w:rsidR="00C22D19" w:rsidRDefault="00000000">
      <w:r>
        <w:t>• pomiar siły względnej: zwis na ugiętych rękach – dziewczęta; podciąganie w zwisie na drążku – chłopcy,</w:t>
      </w:r>
    </w:p>
    <w:p w14:paraId="0096F5AE" w14:textId="77777777" w:rsidR="00C22D19" w:rsidRDefault="00000000">
      <w:r>
        <w:t>• biegi przedłużone: na dystansie 800 m – dziewczęta; na dystansie 1000 m – chłopcy.</w:t>
      </w:r>
    </w:p>
    <w:p w14:paraId="3A5BB255" w14:textId="77777777" w:rsidR="00C22D19" w:rsidRDefault="00000000">
      <w:r>
        <w:t>4) obowiązkowe próby sprawnościowe (kontrola):</w:t>
      </w:r>
    </w:p>
    <w:p w14:paraId="6AD54177" w14:textId="77777777" w:rsidR="00C22D19" w:rsidRDefault="00000000">
      <w:r>
        <w:t>• bieg wahadłowy 10 razy po 5 metrów – służący pomiarowi zdolności szybkościowo-siłowo-koordynacyjnych,</w:t>
      </w:r>
    </w:p>
    <w:p w14:paraId="123D6EB1" w14:textId="77777777" w:rsidR="00C22D19" w:rsidRDefault="00000000">
      <w:r>
        <w:t>• 20-metrowy wytrzymałościowy bieg wahadłowy wykonywany według Europejskiego Testu Sprawności Fizycznej – Eurofit, opracowanego przez Radę Europy – służący pomiarowi zdolności wytrzymałościowych w biegu,</w:t>
      </w:r>
    </w:p>
    <w:p w14:paraId="59CC2489" w14:textId="77777777" w:rsidR="00C22D19" w:rsidRDefault="00000000">
      <w:r>
        <w:t>• podpór leżąc przodem na przedramionach (deska) – służący pomiarowi zdolności siłowo-wytrzymałościowych całego ciała,</w:t>
      </w:r>
    </w:p>
    <w:p w14:paraId="07A28A5E" w14:textId="77777777" w:rsidR="00C22D19" w:rsidRDefault="00000000">
      <w:r>
        <w:t>• skok w dal z miejsca – służący pomiarowi skoczności i siły.</w:t>
      </w:r>
    </w:p>
    <w:p w14:paraId="01A2EF86" w14:textId="77777777" w:rsidR="00C22D19" w:rsidRDefault="00000000">
      <w:r>
        <w:rPr>
          <w:i/>
        </w:rPr>
        <w:t>Uwaga!!! Za udział i ukończenie wszystkich prób w testach sprawności fizycznej można także wystawić ocenę bardzo dobrą. Natomiast nie oceniamy wyników, które uczniowie uzyskują w poszczególnych próbach sprawnościowych.</w:t>
      </w:r>
    </w:p>
    <w:sectPr w:rsidR="00C22D1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5502120">
    <w:abstractNumId w:val="8"/>
  </w:num>
  <w:num w:numId="2" w16cid:durableId="1030105024">
    <w:abstractNumId w:val="6"/>
  </w:num>
  <w:num w:numId="3" w16cid:durableId="822817499">
    <w:abstractNumId w:val="5"/>
  </w:num>
  <w:num w:numId="4" w16cid:durableId="627511246">
    <w:abstractNumId w:val="4"/>
  </w:num>
  <w:num w:numId="5" w16cid:durableId="1662346181">
    <w:abstractNumId w:val="7"/>
  </w:num>
  <w:num w:numId="6" w16cid:durableId="1484080103">
    <w:abstractNumId w:val="3"/>
  </w:num>
  <w:num w:numId="7" w16cid:durableId="577860606">
    <w:abstractNumId w:val="2"/>
  </w:num>
  <w:num w:numId="8" w16cid:durableId="840245186">
    <w:abstractNumId w:val="1"/>
  </w:num>
  <w:num w:numId="9" w16cid:durableId="322391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04BDE"/>
    <w:rsid w:val="00AA1D8D"/>
    <w:rsid w:val="00B47730"/>
    <w:rsid w:val="00C22D19"/>
    <w:rsid w:val="00CB0664"/>
    <w:rsid w:val="00E67B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8797BA"/>
  <w14:defaultImageDpi w14:val="300"/>
  <w15:docId w15:val="{1E53607D-EB45-A44B-8CA4-E8F259E4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2491</Words>
  <Characters>14947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Kłusek</cp:lastModifiedBy>
  <cp:revision>2</cp:revision>
  <dcterms:created xsi:type="dcterms:W3CDTF">2026-09-10T19:01:00Z</dcterms:created>
  <dcterms:modified xsi:type="dcterms:W3CDTF">2026-09-10T19:01:00Z</dcterms:modified>
  <cp:category/>
</cp:coreProperties>
</file>